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6C52B" w14:textId="77777777" w:rsidR="00007408" w:rsidRPr="000B4BD8" w:rsidRDefault="004B5BD4">
      <w:pPr>
        <w:spacing w:after="160" w:line="252" w:lineRule="auto"/>
        <w:jc w:val="right"/>
      </w:pPr>
      <w:r w:rsidRPr="000B4BD8">
        <w:t>Załącznik nr 2 do Regulaminu konkursu ofert na Partnerów</w:t>
      </w:r>
    </w:p>
    <w:p w14:paraId="68D6D7D0" w14:textId="77777777" w:rsidR="00007408" w:rsidRPr="000B4BD8" w:rsidRDefault="004B5BD4">
      <w:pPr>
        <w:pStyle w:val="Tytu"/>
        <w:spacing w:line="252" w:lineRule="auto"/>
        <w:jc w:val="center"/>
      </w:pPr>
      <w:r w:rsidRPr="000B4BD8">
        <w:rPr>
          <w:rFonts w:ascii="Arial" w:hAnsi="Arial"/>
        </w:rPr>
        <w:t>Formularz oferty</w:t>
      </w:r>
    </w:p>
    <w:p w14:paraId="1522348F" w14:textId="77777777" w:rsidR="00007408" w:rsidRPr="000B4BD8" w:rsidRDefault="004B5BD4">
      <w:pPr>
        <w:spacing w:after="200" w:line="252" w:lineRule="auto"/>
        <w:jc w:val="center"/>
      </w:pPr>
      <w:r w:rsidRPr="000B4BD8">
        <w:rPr>
          <w:rFonts w:eastAsia="Arial"/>
          <w:b/>
        </w:rPr>
        <w:t>Otwarty konkurs na wyłonienie Partnera do wspólnej realizacji projektu</w:t>
      </w:r>
      <w:r w:rsidRPr="000B4BD8">
        <w:rPr>
          <w:rFonts w:eastAsia="Arial"/>
          <w:b/>
        </w:rPr>
        <w:br/>
      </w:r>
      <w:r w:rsidRPr="000B4BD8">
        <w:rPr>
          <w:rFonts w:eastAsia="Arial"/>
        </w:rPr>
        <w:t>Program Fundusze Europejskie dla Małopolski 2021–2027, Priorytet 15, Działanie 15.1, typ projektu A</w:t>
      </w:r>
      <w:r w:rsidRPr="000B4BD8">
        <w:rPr>
          <w:rFonts w:eastAsia="Arial"/>
        </w:rPr>
        <w:br/>
        <w:t xml:space="preserve">„Podnoszenie kompetencji pracodawców oraz ich kadr w zakresie ochrony ludności i obrony cywilnej, </w:t>
      </w:r>
      <w:proofErr w:type="spellStart"/>
      <w:r w:rsidRPr="000B4BD8">
        <w:rPr>
          <w:rFonts w:eastAsia="Arial"/>
        </w:rPr>
        <w:t>cyberbezpieczeństwa</w:t>
      </w:r>
      <w:proofErr w:type="spellEnd"/>
      <w:r w:rsidRPr="000B4BD8">
        <w:rPr>
          <w:rFonts w:eastAsia="Arial"/>
        </w:rPr>
        <w:t xml:space="preserve"> oraz adaptacji do zmian”</w:t>
      </w:r>
      <w:r w:rsidRPr="000B4BD8">
        <w:rPr>
          <w:rFonts w:eastAsia="Arial"/>
        </w:rPr>
        <w:br/>
      </w:r>
      <w:r w:rsidRPr="000B4BD8">
        <w:rPr>
          <w:rFonts w:eastAsia="Arial"/>
          <w:b/>
        </w:rPr>
        <w:t>nabór nr FEMP.15.01-IP.02-079/26</w:t>
      </w:r>
    </w:p>
    <w:p w14:paraId="5C471E4D" w14:textId="030C77EC" w:rsidR="00007408" w:rsidRPr="000B4BD8" w:rsidRDefault="004B5BD4">
      <w:pPr>
        <w:spacing w:line="252" w:lineRule="auto"/>
      </w:pPr>
      <w:r w:rsidRPr="000B4BD8">
        <w:t>Formularz należy wypełnić w języku polskim. Pola niedotyczące Oferenta należy oznaczyć „nie dotyczy”. Należy wskazać dokumenty potwierdzające podane informacje. Pola i tabele można rozszerzać</w:t>
      </w:r>
      <w:r w:rsidR="0090253D" w:rsidRPr="000B4BD8">
        <w:t xml:space="preserve">. </w:t>
      </w:r>
      <w:r w:rsidRPr="000B4BD8">
        <w:t>Każdy załącznik należy oznaczyć nazwą lub numerem pozwalającym powiązać go z formularzem.</w:t>
      </w:r>
    </w:p>
    <w:p w14:paraId="693D9C27" w14:textId="77777777" w:rsidR="00007408" w:rsidRPr="000B4BD8" w:rsidRDefault="004B5BD4">
      <w:pPr>
        <w:pStyle w:val="Nagwek1"/>
        <w:spacing w:line="252" w:lineRule="auto"/>
      </w:pPr>
      <w:r w:rsidRPr="000B4BD8">
        <w:rPr>
          <w:rFonts w:ascii="Arial" w:eastAsia="Arial" w:hAnsi="Arial"/>
        </w:rPr>
        <w:t>I. INFORMACJE O OFERENCIE</w:t>
      </w:r>
    </w:p>
    <w:tbl>
      <w:tblPr>
        <w:tblStyle w:val="Tabela-Siatka"/>
        <w:tblW w:w="9864" w:type="dxa"/>
        <w:jc w:val="center"/>
        <w:tblLayout w:type="fixed"/>
        <w:tblLook w:val="04A0" w:firstRow="1" w:lastRow="0" w:firstColumn="1" w:lastColumn="0" w:noHBand="0" w:noVBand="1"/>
      </w:tblPr>
      <w:tblGrid>
        <w:gridCol w:w="4025"/>
        <w:gridCol w:w="5839"/>
      </w:tblGrid>
      <w:tr w:rsidR="00007408" w:rsidRPr="000B4BD8" w14:paraId="34CCCBE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9C820B" w14:textId="197232F3" w:rsidR="00007408" w:rsidRPr="000B4BD8" w:rsidRDefault="004B5BD4">
            <w:pPr>
              <w:spacing w:before="20" w:after="20" w:line="252" w:lineRule="auto"/>
            </w:pPr>
            <w:r w:rsidRPr="000B4BD8">
              <w:rPr>
                <w:rFonts w:eastAsia="Arial"/>
              </w:rPr>
              <w:t>Nazwa podmiotu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5E631" w14:textId="77777777" w:rsidR="00007408" w:rsidRPr="000B4BD8" w:rsidRDefault="00007408">
            <w:pPr>
              <w:spacing w:before="20" w:after="20"/>
            </w:pPr>
          </w:p>
        </w:tc>
      </w:tr>
      <w:tr w:rsidR="00007408" w:rsidRPr="000B4BD8" w14:paraId="14F47B0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8330B" w14:textId="7192914D" w:rsidR="00007408" w:rsidRPr="000B4BD8" w:rsidRDefault="004B5BD4">
            <w:pPr>
              <w:spacing w:before="20" w:after="20" w:line="252" w:lineRule="auto"/>
            </w:pPr>
            <w:r w:rsidRPr="000B4BD8">
              <w:rPr>
                <w:rFonts w:eastAsia="Arial"/>
              </w:rPr>
              <w:t>Forma organizacyjno-prawna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8AEEB5" w14:textId="77777777" w:rsidR="00007408" w:rsidRPr="000B4BD8" w:rsidRDefault="00007408">
            <w:pPr>
              <w:spacing w:before="20" w:after="20"/>
            </w:pPr>
          </w:p>
        </w:tc>
      </w:tr>
      <w:tr w:rsidR="00853D8A" w:rsidRPr="000B4BD8" w14:paraId="118068B3"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D07B24" w14:textId="20C19F7B" w:rsidR="00853D8A" w:rsidRPr="000B4BD8" w:rsidRDefault="0084757B">
            <w:pPr>
              <w:spacing w:before="20" w:after="20" w:line="252" w:lineRule="auto"/>
              <w:rPr>
                <w:rFonts w:eastAsia="Arial"/>
              </w:rPr>
            </w:pPr>
            <w:r>
              <w:rPr>
                <w:rFonts w:eastAsia="Arial"/>
              </w:rPr>
              <w:t xml:space="preserve">Podmiot uprawniony do ubiegania się o dofinansowania projektu </w:t>
            </w:r>
            <w:r w:rsidRPr="0084757B">
              <w:rPr>
                <w:rFonts w:eastAsia="Arial"/>
              </w:rPr>
              <w:t>zgodnie ze Szczegółowym Opisem Osi Priorytetowych FEM na lata 2021-2027, realizowanego w ramach Priorytetu FEMP 15</w:t>
            </w:r>
            <w:r>
              <w:rPr>
                <w:rFonts w:eastAsia="Arial"/>
              </w:rPr>
              <w:t xml:space="preserve"> np. partnerzy społeczni, przedsiębiorstwa, instytucje wspierające biznes itd. </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110F30" w14:textId="77777777" w:rsidR="00853D8A" w:rsidRPr="000B4BD8" w:rsidRDefault="00853D8A">
            <w:pPr>
              <w:spacing w:before="20" w:after="20"/>
            </w:pPr>
          </w:p>
        </w:tc>
      </w:tr>
      <w:tr w:rsidR="00007408" w:rsidRPr="000B4BD8" w14:paraId="4906189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21B81C" w14:textId="5EC2BEB2" w:rsidR="00007408" w:rsidRPr="000B4BD8" w:rsidRDefault="004B5BD4">
            <w:pPr>
              <w:spacing w:before="20" w:after="20" w:line="252" w:lineRule="auto"/>
            </w:pPr>
            <w:r w:rsidRPr="000B4BD8">
              <w:rPr>
                <w:rFonts w:eastAsia="Arial"/>
              </w:rPr>
              <w:t xml:space="preserve"> NIP</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A0AC7D" w14:textId="77777777" w:rsidR="00007408" w:rsidRPr="000B4BD8" w:rsidRDefault="00007408">
            <w:pPr>
              <w:spacing w:before="20" w:after="20"/>
            </w:pPr>
          </w:p>
        </w:tc>
      </w:tr>
      <w:tr w:rsidR="00007408" w:rsidRPr="000B4BD8" w14:paraId="3A2D4228"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A6041" w14:textId="33782932" w:rsidR="00007408" w:rsidRPr="000B4BD8" w:rsidRDefault="004B5BD4">
            <w:pPr>
              <w:spacing w:before="20" w:after="20" w:line="252" w:lineRule="auto"/>
            </w:pPr>
            <w:r w:rsidRPr="000B4BD8">
              <w:rPr>
                <w:rFonts w:eastAsia="Arial"/>
              </w:rPr>
              <w:t>KRS / inny właściwy rejestr</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7B59B4" w14:textId="77777777" w:rsidR="00007408" w:rsidRPr="000B4BD8" w:rsidRDefault="00007408">
            <w:pPr>
              <w:spacing w:before="20" w:after="20"/>
            </w:pPr>
          </w:p>
        </w:tc>
      </w:tr>
      <w:tr w:rsidR="00007408" w:rsidRPr="000B4BD8" w14:paraId="1088ECC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4FC46E" w14:textId="2906EFA6" w:rsidR="00007408" w:rsidRPr="000B4BD8" w:rsidRDefault="004B5BD4">
            <w:pPr>
              <w:spacing w:before="20" w:after="20" w:line="252" w:lineRule="auto"/>
            </w:pPr>
            <w:r w:rsidRPr="000B4BD8">
              <w:rPr>
                <w:rFonts w:eastAsia="Arial"/>
              </w:rPr>
              <w:t>REGON</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2FB03E" w14:textId="77777777" w:rsidR="00007408" w:rsidRPr="000B4BD8" w:rsidRDefault="00007408">
            <w:pPr>
              <w:spacing w:before="20" w:after="20"/>
            </w:pPr>
          </w:p>
        </w:tc>
      </w:tr>
      <w:tr w:rsidR="00007408" w:rsidRPr="000B4BD8" w14:paraId="1804DE6F"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FF149BD" w14:textId="74848AC8" w:rsidR="00007408" w:rsidRPr="000B4BD8" w:rsidRDefault="004B5BD4">
            <w:pPr>
              <w:spacing w:before="20" w:after="20" w:line="252" w:lineRule="auto"/>
            </w:pPr>
            <w:r w:rsidRPr="000B4BD8">
              <w:rPr>
                <w:rFonts w:eastAsia="Arial"/>
              </w:rPr>
              <w:t>Województwo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A6CCA0" w14:textId="77777777" w:rsidR="00007408" w:rsidRPr="000B4BD8" w:rsidRDefault="00007408">
            <w:pPr>
              <w:spacing w:before="20" w:after="20"/>
            </w:pPr>
          </w:p>
        </w:tc>
      </w:tr>
      <w:tr w:rsidR="00007408" w:rsidRPr="000B4BD8" w14:paraId="029293F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D606AB" w14:textId="106958F0" w:rsidR="00007408" w:rsidRPr="000B4BD8" w:rsidRDefault="004B5BD4">
            <w:pPr>
              <w:spacing w:before="20" w:after="20" w:line="252" w:lineRule="auto"/>
            </w:pPr>
            <w:r w:rsidRPr="000B4BD8">
              <w:rPr>
                <w:rFonts w:eastAsia="Arial"/>
              </w:rPr>
              <w:t>Miejscowość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6CA8664" w14:textId="77777777" w:rsidR="00007408" w:rsidRPr="000B4BD8" w:rsidRDefault="00007408">
            <w:pPr>
              <w:spacing w:before="20" w:after="20"/>
            </w:pPr>
          </w:p>
        </w:tc>
      </w:tr>
      <w:tr w:rsidR="00007408" w:rsidRPr="000B4BD8" w14:paraId="05A29A3B"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43BC01" w14:textId="64BBDFF1" w:rsidR="00007408" w:rsidRPr="000B4BD8" w:rsidRDefault="004B5BD4">
            <w:pPr>
              <w:spacing w:before="20" w:after="20" w:line="252" w:lineRule="auto"/>
            </w:pPr>
            <w:r w:rsidRPr="000B4BD8">
              <w:rPr>
                <w:rFonts w:eastAsia="Arial"/>
              </w:rPr>
              <w:t>Ulica, nr domu / lokalu</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05891" w14:textId="77777777" w:rsidR="00007408" w:rsidRPr="000B4BD8" w:rsidRDefault="00007408">
            <w:pPr>
              <w:spacing w:before="20" w:after="20"/>
            </w:pPr>
          </w:p>
        </w:tc>
      </w:tr>
      <w:tr w:rsidR="00007408" w:rsidRPr="000B4BD8" w14:paraId="4C7A6F4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037DF5" w14:textId="12DE2455" w:rsidR="00007408" w:rsidRPr="000B4BD8" w:rsidRDefault="004B5BD4">
            <w:pPr>
              <w:spacing w:before="20" w:after="20" w:line="252" w:lineRule="auto"/>
            </w:pPr>
            <w:r w:rsidRPr="000B4BD8">
              <w:rPr>
                <w:rFonts w:eastAsia="Arial"/>
              </w:rPr>
              <w:t>Kod pocztowy</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040683" w14:textId="77777777" w:rsidR="00007408" w:rsidRPr="000B4BD8" w:rsidRDefault="00007408">
            <w:pPr>
              <w:spacing w:before="20" w:after="20"/>
            </w:pPr>
          </w:p>
        </w:tc>
      </w:tr>
      <w:tr w:rsidR="00007408" w:rsidRPr="000B4BD8" w14:paraId="7AB9D5B2"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0C16FF" w14:textId="17AB03E3" w:rsidR="00007408" w:rsidRPr="000B4BD8" w:rsidRDefault="004B5BD4">
            <w:pPr>
              <w:spacing w:before="20" w:after="20" w:line="252" w:lineRule="auto"/>
            </w:pPr>
            <w:r w:rsidRPr="000B4BD8">
              <w:rPr>
                <w:rFonts w:eastAsia="Arial"/>
              </w:rPr>
              <w:t>Adres poczty elektronicznej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DAE617" w14:textId="77777777" w:rsidR="00007408" w:rsidRPr="000B4BD8" w:rsidRDefault="00007408">
            <w:pPr>
              <w:spacing w:before="20" w:after="20"/>
            </w:pPr>
          </w:p>
        </w:tc>
      </w:tr>
      <w:tr w:rsidR="00007408" w:rsidRPr="000B4BD8" w14:paraId="579E8227"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480998" w14:textId="48C16E03" w:rsidR="00007408" w:rsidRPr="000B4BD8" w:rsidRDefault="004B5BD4">
            <w:pPr>
              <w:spacing w:before="20" w:after="20" w:line="252" w:lineRule="auto"/>
            </w:pPr>
            <w:r w:rsidRPr="000B4BD8">
              <w:rPr>
                <w:rFonts w:eastAsia="Arial"/>
              </w:rPr>
              <w:t>Adres strony internetowej</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A4F6D7" w14:textId="77777777" w:rsidR="00007408" w:rsidRPr="000B4BD8" w:rsidRDefault="00007408">
            <w:pPr>
              <w:spacing w:before="20" w:after="20"/>
            </w:pPr>
          </w:p>
        </w:tc>
      </w:tr>
      <w:tr w:rsidR="00007408" w:rsidRPr="000B4BD8" w14:paraId="11A09C9A"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F3E928" w14:textId="0D4BBDB4" w:rsidR="00007408" w:rsidRPr="000B4BD8" w:rsidRDefault="004B5BD4">
            <w:pPr>
              <w:spacing w:before="20" w:after="20" w:line="252" w:lineRule="auto"/>
            </w:pPr>
            <w:r w:rsidRPr="000B4BD8">
              <w:rPr>
                <w:rFonts w:eastAsia="Arial"/>
              </w:rPr>
              <w:t>Osoba/y uprawniona/e do reprezentacji – imię i nazwisko, funkcja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449F51" w14:textId="77777777" w:rsidR="00007408" w:rsidRPr="000B4BD8" w:rsidRDefault="00007408">
            <w:pPr>
              <w:spacing w:before="20" w:after="20"/>
            </w:pPr>
          </w:p>
        </w:tc>
      </w:tr>
      <w:tr w:rsidR="00007408" w:rsidRPr="000B4BD8" w14:paraId="4AACFC69"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47FEF" w14:textId="31FAB137" w:rsidR="00007408" w:rsidRPr="000B4BD8" w:rsidRDefault="004B5BD4">
            <w:pPr>
              <w:spacing w:before="20" w:after="20" w:line="252" w:lineRule="auto"/>
            </w:pPr>
            <w:r w:rsidRPr="000B4BD8">
              <w:rPr>
                <w:rFonts w:eastAsia="Arial"/>
              </w:rPr>
              <w:t>Telefon i e-mail osoby uprawnionej do reprezentacji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CCD250" w14:textId="77777777" w:rsidR="00007408" w:rsidRPr="000B4BD8" w:rsidRDefault="00007408">
            <w:pPr>
              <w:spacing w:before="20" w:after="20"/>
            </w:pPr>
          </w:p>
        </w:tc>
      </w:tr>
      <w:tr w:rsidR="00007408" w:rsidRPr="000B4BD8" w14:paraId="397BC55E"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C2E92" w14:textId="7A7C928E" w:rsidR="00007408" w:rsidRPr="000B4BD8" w:rsidRDefault="004B5BD4">
            <w:pPr>
              <w:spacing w:before="20" w:after="20" w:line="252" w:lineRule="auto"/>
            </w:pPr>
            <w:r w:rsidRPr="000B4BD8">
              <w:rPr>
                <w:rFonts w:eastAsia="Arial"/>
              </w:rPr>
              <w:t>Osoba do kontaktów roboczych – imię i nazwisko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737C7F" w14:textId="77777777" w:rsidR="00007408" w:rsidRPr="000B4BD8" w:rsidRDefault="00007408">
            <w:pPr>
              <w:spacing w:before="20" w:after="20"/>
            </w:pPr>
          </w:p>
        </w:tc>
      </w:tr>
      <w:tr w:rsidR="00007408" w:rsidRPr="000B4BD8" w14:paraId="29006396" w14:textId="77777777" w:rsidTr="00853D8A">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4F6796" w14:textId="3EF840AF" w:rsidR="00007408" w:rsidRPr="000B4BD8" w:rsidRDefault="004B5BD4">
            <w:pPr>
              <w:spacing w:before="20" w:after="20" w:line="252" w:lineRule="auto"/>
            </w:pPr>
            <w:r w:rsidRPr="000B4BD8">
              <w:rPr>
                <w:rFonts w:eastAsia="Arial"/>
              </w:rPr>
              <w:t>Telefon i e-mail osoby do kontaktów roboczych</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45C76C" w14:textId="77777777" w:rsidR="00007408" w:rsidRPr="000B4BD8" w:rsidRDefault="00007408">
            <w:pPr>
              <w:spacing w:before="20" w:after="20"/>
            </w:pPr>
          </w:p>
        </w:tc>
      </w:tr>
    </w:tbl>
    <w:p w14:paraId="0EF933F5" w14:textId="77777777" w:rsidR="00007408" w:rsidRPr="000B4BD8" w:rsidRDefault="004B5BD4">
      <w:pPr>
        <w:pStyle w:val="Nagwek1"/>
        <w:pageBreakBefore/>
        <w:spacing w:line="252" w:lineRule="auto"/>
      </w:pPr>
      <w:r w:rsidRPr="000B4BD8">
        <w:rPr>
          <w:rFonts w:ascii="Arial" w:eastAsia="Arial" w:hAnsi="Arial"/>
        </w:rPr>
        <w:lastRenderedPageBreak/>
        <w:t>II. ZAKRES OFERTY I KOMPLEKSOWOŚĆ WSPARCIA</w:t>
      </w:r>
    </w:p>
    <w:p w14:paraId="094AF5E7" w14:textId="77777777" w:rsidR="00007408" w:rsidRPr="000B4BD8" w:rsidRDefault="004B5BD4">
      <w:pPr>
        <w:spacing w:line="252" w:lineRule="auto"/>
      </w:pPr>
      <w:r w:rsidRPr="000B4BD8">
        <w:t>Należy zaznaczyć wszystkie obszary usług edukacyjnych, które Oferent jest gotowy realizować. Dla każdego zaznaczonego obszaru należy wykazać spełnienie wszystkich warunków udziału właściwych dla tego obszaru.</w:t>
      </w:r>
    </w:p>
    <w:p w14:paraId="1BC865BA" w14:textId="77777777" w:rsidR="00007408" w:rsidRPr="000B4BD8" w:rsidRDefault="00007408">
      <w:pPr>
        <w:spacing w:after="20" w:line="252" w:lineRule="auto"/>
      </w:pPr>
    </w:p>
    <w:tbl>
      <w:tblPr>
        <w:tblStyle w:val="Tabela-Siatka"/>
        <w:tblW w:w="0" w:type="auto"/>
        <w:jc w:val="center"/>
        <w:tblLayout w:type="fixed"/>
        <w:tblLook w:val="04A0" w:firstRow="1" w:lastRow="0" w:firstColumn="1" w:lastColumn="0" w:noHBand="0" w:noVBand="1"/>
      </w:tblPr>
      <w:tblGrid>
        <w:gridCol w:w="567"/>
        <w:gridCol w:w="5669"/>
        <w:gridCol w:w="1134"/>
      </w:tblGrid>
      <w:tr w:rsidR="005E3288" w:rsidRPr="000B4BD8" w14:paraId="3D4E4043"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F35CFF" w14:textId="77777777" w:rsidR="005E3288" w:rsidRPr="000B4BD8" w:rsidRDefault="005E3288">
            <w:r w:rsidRPr="000B4BD8">
              <w:rPr>
                <w:b/>
              </w:rPr>
              <w:t>Kod</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04386F8" w14:textId="77777777" w:rsidR="005E3288" w:rsidRPr="000B4BD8" w:rsidRDefault="005E3288">
            <w:pPr>
              <w:spacing w:before="40" w:after="40" w:line="252" w:lineRule="auto"/>
              <w:jc w:val="center"/>
            </w:pPr>
            <w:r w:rsidRPr="000B4BD8">
              <w:rPr>
                <w:rFonts w:eastAsia="Arial"/>
                <w:b/>
              </w:rPr>
              <w:t>Zakres</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99D93F6" w14:textId="77777777" w:rsidR="005E3288" w:rsidRPr="000B4BD8" w:rsidRDefault="005E3288">
            <w:pPr>
              <w:spacing w:before="40" w:after="40" w:line="252" w:lineRule="auto"/>
              <w:jc w:val="center"/>
            </w:pPr>
            <w:r w:rsidRPr="000B4BD8">
              <w:rPr>
                <w:rFonts w:eastAsia="Arial"/>
                <w:b/>
              </w:rPr>
              <w:t>Oferta obejmuje</w:t>
            </w:r>
          </w:p>
        </w:tc>
      </w:tr>
      <w:tr w:rsidR="005E3288" w:rsidRPr="000B4BD8" w14:paraId="42139F8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041C28" w14:textId="77777777" w:rsidR="005E3288" w:rsidRPr="000B4BD8" w:rsidRDefault="005E3288">
            <w:pPr>
              <w:spacing w:before="40" w:after="40" w:line="252" w:lineRule="auto"/>
              <w:jc w:val="center"/>
            </w:pPr>
            <w:r w:rsidRPr="000B4BD8">
              <w:rPr>
                <w:rFonts w:eastAsia="Arial"/>
              </w:rPr>
              <w:t>A</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B93838" w14:textId="77777777" w:rsidR="005E3288" w:rsidRPr="000B4BD8" w:rsidRDefault="005E3288">
            <w:pPr>
              <w:spacing w:before="40" w:after="40" w:line="252" w:lineRule="auto"/>
            </w:pPr>
            <w:r w:rsidRPr="000B4BD8">
              <w:rPr>
                <w:rFonts w:eastAsia="Arial"/>
              </w:rPr>
              <w:t>Nabycie wiedzy lub umiejętności pozwalających na kontynuowanie działalności w sytuacjach o charakterze kryzysowym.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AEA8C4"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635F455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DBFEB3" w14:textId="77777777" w:rsidR="005E3288" w:rsidRPr="000B4BD8" w:rsidRDefault="005E3288">
            <w:pPr>
              <w:spacing w:before="40" w:after="40" w:line="252" w:lineRule="auto"/>
              <w:jc w:val="center"/>
            </w:pPr>
            <w:r w:rsidRPr="000B4BD8">
              <w:rPr>
                <w:rFonts w:eastAsia="Arial"/>
              </w:rPr>
              <w:t>B</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C6C7C8" w14:textId="77777777" w:rsidR="005E3288" w:rsidRPr="000B4BD8" w:rsidRDefault="005E3288">
            <w:pPr>
              <w:spacing w:before="40" w:after="40" w:line="252" w:lineRule="auto"/>
            </w:pPr>
            <w:r w:rsidRPr="000B4BD8">
              <w:rPr>
                <w:rFonts w:eastAsia="Arial"/>
              </w:rPr>
              <w:t>Podnoszenie umiejętności lub kompetencji z zakresu ochrony ludności i obrony cywilnej.</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EB2AAE"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239AAC4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F42AC4" w14:textId="77777777" w:rsidR="005E3288" w:rsidRPr="000B4BD8" w:rsidRDefault="005E3288">
            <w:pPr>
              <w:spacing w:before="40" w:after="40" w:line="252" w:lineRule="auto"/>
              <w:jc w:val="center"/>
            </w:pPr>
            <w:r w:rsidRPr="000B4BD8">
              <w:rPr>
                <w:rFonts w:eastAsia="Arial"/>
              </w:rPr>
              <w:t>C</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198D54" w14:textId="77777777" w:rsidR="005E3288" w:rsidRPr="000B4BD8" w:rsidRDefault="005E3288">
            <w:pPr>
              <w:spacing w:before="40" w:after="40" w:line="252" w:lineRule="auto"/>
            </w:pPr>
            <w:r w:rsidRPr="000B4BD8">
              <w:rPr>
                <w:rFonts w:eastAsia="Arial"/>
              </w:rPr>
              <w:t xml:space="preserve">Podnoszenie umiejętności, kompetencji lub kwalifikacji z zakresu prewencji terrorystycznej (z wyłączeniem </w:t>
            </w:r>
            <w:proofErr w:type="spellStart"/>
            <w:r w:rsidRPr="000B4BD8">
              <w:rPr>
                <w:rFonts w:eastAsia="Arial"/>
              </w:rPr>
              <w:t>cyberbezpieczeństwa</w:t>
            </w:r>
            <w:proofErr w:type="spellEnd"/>
            <w:r w:rsidRPr="000B4BD8">
              <w:rPr>
                <w:rFonts w:eastAsia="Arial"/>
              </w:rPr>
              <w: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4F871D"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r w:rsidR="005E3288" w:rsidRPr="000B4BD8" w14:paraId="18D028BE"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D075B6" w14:textId="77777777" w:rsidR="005E3288" w:rsidRPr="000B4BD8" w:rsidRDefault="005E3288">
            <w:pPr>
              <w:spacing w:before="40" w:after="40" w:line="252" w:lineRule="auto"/>
              <w:jc w:val="center"/>
            </w:pPr>
            <w:r w:rsidRPr="000B4BD8">
              <w:rPr>
                <w:rFonts w:eastAsia="Arial"/>
              </w:rPr>
              <w:t>D</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40B75B" w14:textId="77777777" w:rsidR="005E3288" w:rsidRPr="000B4BD8" w:rsidRDefault="005E3288">
            <w:pPr>
              <w:spacing w:before="40" w:after="40" w:line="252" w:lineRule="auto"/>
            </w:pPr>
            <w:r w:rsidRPr="000B4BD8">
              <w:rPr>
                <w:rFonts w:eastAsia="Arial"/>
              </w:rPr>
              <w:t xml:space="preserve">Podnoszenie kompetencji lub nabywanie kwalifikacji z zakresu </w:t>
            </w:r>
            <w:proofErr w:type="spellStart"/>
            <w:r w:rsidRPr="000B4BD8">
              <w:rPr>
                <w:rFonts w:eastAsia="Arial"/>
              </w:rPr>
              <w:t>cyberbezpieczeństwa</w:t>
            </w:r>
            <w:proofErr w:type="spellEnd"/>
            <w:r w:rsidRPr="000B4BD8">
              <w:rPr>
                <w:rFonts w:eastAsia="Arial"/>
              </w:rPr>
              <w: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C72227" w14:textId="77777777" w:rsidR="005E3288" w:rsidRPr="000B4BD8" w:rsidRDefault="005E3288">
            <w:pPr>
              <w:spacing w:before="40" w:after="40" w:line="252" w:lineRule="auto"/>
              <w:jc w:val="center"/>
            </w:pPr>
            <w:r w:rsidRPr="000B4BD8">
              <w:rPr>
                <w:rFonts w:eastAsia="Arial"/>
              </w:rPr>
              <w:t>☐ TAK</w:t>
            </w:r>
            <w:r w:rsidRPr="000B4BD8">
              <w:rPr>
                <w:rFonts w:eastAsia="Arial"/>
              </w:rPr>
              <w:br/>
              <w:t>☐ NIE</w:t>
            </w:r>
          </w:p>
        </w:tc>
      </w:tr>
    </w:tbl>
    <w:p w14:paraId="04B7BF4B" w14:textId="77777777" w:rsidR="00007408" w:rsidRPr="000B4BD8" w:rsidRDefault="004B5BD4">
      <w:pPr>
        <w:spacing w:before="120" w:after="80" w:line="252" w:lineRule="auto"/>
      </w:pPr>
      <w:r w:rsidRPr="000B4BD8">
        <w:rPr>
          <w:rFonts w:eastAsia="Arial"/>
          <w:b/>
        </w:rPr>
        <w:t>Liczba obszarów objętych ofertą: ..........</w:t>
      </w:r>
    </w:p>
    <w:p w14:paraId="1832518D" w14:textId="77777777" w:rsidR="00007408" w:rsidRPr="000B4BD8" w:rsidRDefault="004B5BD4">
      <w:pPr>
        <w:spacing w:line="252" w:lineRule="auto"/>
      </w:pPr>
      <w:r w:rsidRPr="000B4BD8">
        <w:t>Kryterium „Kompleksowość oferowanego wsparcia” – maksymalnie 30 pkt. Ocena dotyczy obszarów, w których wykazano możliwość realizacji usług zgodnie z wymaganiami: 1 obszar – 0 pkt; 2 obszary – 10 pkt; 3 obszary – 20 pkt; 4 obszary – 30 pkt. Punkty nie podlegają sumowaniu.</w:t>
      </w:r>
    </w:p>
    <w:p w14:paraId="5D6F55A1" w14:textId="77777777" w:rsidR="00007408" w:rsidRPr="000B4BD8" w:rsidRDefault="004B5BD4">
      <w:pPr>
        <w:pStyle w:val="Nagwek1"/>
        <w:spacing w:line="252" w:lineRule="auto"/>
      </w:pPr>
      <w:r w:rsidRPr="000B4BD8">
        <w:rPr>
          <w:rFonts w:ascii="Arial" w:eastAsia="Arial" w:hAnsi="Arial"/>
        </w:rPr>
        <w:t>III. SPEŁNIENIE WARUNKÓW UDZIAŁU DLA POSZCZEGÓLNYCH OBSZARÓW</w:t>
      </w:r>
    </w:p>
    <w:p w14:paraId="1334DF4D" w14:textId="77777777" w:rsidR="00007408" w:rsidRPr="000B4BD8" w:rsidRDefault="004B5BD4">
      <w:pPr>
        <w:spacing w:line="252" w:lineRule="auto"/>
      </w:pPr>
      <w:r w:rsidRPr="000B4BD8">
        <w:t>Część III wypełnia się wyłącznie dla obszarów objętych ofertą. Dla pozostałych obszarów należy wskazać „nie dotyczy”. W każdym oferowanym obszarze należy potwierdzić wszystkie wymagania oraz wskazać dokumenty. Zaznaczenie odpowiedzi nie zastępuje dokumentów potwierdzających spełnienie warunków.</w:t>
      </w:r>
    </w:p>
    <w:p w14:paraId="6E675055" w14:textId="77777777" w:rsidR="00007408" w:rsidRPr="000B4BD8" w:rsidRDefault="00007408">
      <w:pPr>
        <w:spacing w:after="20" w:line="252" w:lineRule="auto"/>
      </w:pPr>
    </w:p>
    <w:p w14:paraId="0C81B209" w14:textId="77777777" w:rsidR="00007408" w:rsidRPr="000B4BD8" w:rsidRDefault="004B5BD4">
      <w:pPr>
        <w:pStyle w:val="Nagwek2"/>
        <w:pageBreakBefore/>
        <w:spacing w:line="252" w:lineRule="auto"/>
      </w:pPr>
      <w:r w:rsidRPr="000B4BD8">
        <w:rPr>
          <w:rFonts w:ascii="Arial" w:eastAsia="Arial" w:hAnsi="Arial"/>
        </w:rPr>
        <w:lastRenderedPageBreak/>
        <w:t>III.A. Obszar A</w:t>
      </w:r>
    </w:p>
    <w:p w14:paraId="6697BF23" w14:textId="77777777" w:rsidR="00007408" w:rsidRPr="000B4BD8" w:rsidRDefault="004B5BD4">
      <w:pPr>
        <w:spacing w:after="80" w:line="252" w:lineRule="auto"/>
      </w:pPr>
      <w:r w:rsidRPr="000B4BD8">
        <w:rPr>
          <w:rFonts w:eastAsia="Arial"/>
          <w:b/>
        </w:rPr>
        <w:t>Nabycie wiedzy lub umiejętności pozwalających na kontynuowanie działalności w sytuacjach o charakterze kryzysowym.</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2393AD5A"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68C8092"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72D5F98"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B91C0A"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7592F5"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01FF63"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6E225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288333" w14:textId="77777777" w:rsidR="00007408" w:rsidRPr="000B4BD8" w:rsidRDefault="004B5BD4">
            <w:pPr>
              <w:spacing w:before="40" w:after="40" w:line="252" w:lineRule="auto"/>
            </w:pPr>
            <w:r w:rsidRPr="000B4BD8">
              <w:rPr>
                <w:rFonts w:eastAsia="Arial"/>
              </w:rPr>
              <w:t>Partner prowadził szkolenia z zarządzania kryzysowego dla przedsiębiorców lub JST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3E37D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F0CD56" w14:textId="77777777" w:rsidR="00007408" w:rsidRPr="000B4BD8" w:rsidRDefault="00007408">
            <w:pPr>
              <w:spacing w:before="40" w:after="40" w:line="252" w:lineRule="auto"/>
            </w:pPr>
          </w:p>
        </w:tc>
      </w:tr>
      <w:tr w:rsidR="00007408" w:rsidRPr="000B4BD8" w14:paraId="69DBAAC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AF33B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5FA72E" w14:textId="4CE1DE5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51671D">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D7671"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D581A7" w14:textId="77777777" w:rsidR="00007408" w:rsidRPr="000B4BD8" w:rsidRDefault="00007408">
            <w:pPr>
              <w:spacing w:before="40" w:after="40" w:line="252" w:lineRule="auto"/>
            </w:pPr>
          </w:p>
        </w:tc>
      </w:tr>
      <w:tr w:rsidR="00007408" w:rsidRPr="000B4BD8" w14:paraId="114262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3361BC"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392563"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5C3AB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45E3D7" w14:textId="77777777" w:rsidR="00007408" w:rsidRPr="000B4BD8" w:rsidRDefault="00007408">
            <w:pPr>
              <w:spacing w:before="40" w:after="40" w:line="252" w:lineRule="auto"/>
            </w:pPr>
          </w:p>
        </w:tc>
      </w:tr>
      <w:tr w:rsidR="00007408" w:rsidRPr="000B4BD8" w14:paraId="36E2E7D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CF9FA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2D5EC1" w14:textId="77777777" w:rsidR="00007408" w:rsidRPr="000B4BD8" w:rsidRDefault="004B5BD4">
            <w:pPr>
              <w:spacing w:before="40" w:after="40" w:line="252" w:lineRule="auto"/>
            </w:pPr>
            <w:r w:rsidRPr="000B4BD8">
              <w:t>Trenerzy posiadają min. 5 lat doświadczenia w pracy w strukturach zarządzania kryzysowego, sztabach kryzysowych, centrach powiadamiania ratunkowego, wojsku, policji, firmach konsultingowych zajmujących się bezpieczeństwem lub w obszarze zarządzania kryzysowego w przedsiębiorstwach, w ciągu ostatnich 10 lat od dnia ogłoszenia naboru.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98E0B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F194B7" w14:textId="77777777" w:rsidR="00007408" w:rsidRPr="000B4BD8" w:rsidRDefault="00007408">
            <w:pPr>
              <w:spacing w:before="40" w:after="40" w:line="252" w:lineRule="auto"/>
            </w:pPr>
          </w:p>
        </w:tc>
      </w:tr>
      <w:tr w:rsidR="00007408" w:rsidRPr="000B4BD8" w14:paraId="271C81F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E578F4"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5DEB8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2261E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13BBE9" w14:textId="77777777" w:rsidR="00007408" w:rsidRPr="000B4BD8" w:rsidRDefault="00007408">
            <w:pPr>
              <w:spacing w:before="40" w:after="40" w:line="252" w:lineRule="auto"/>
            </w:pPr>
          </w:p>
        </w:tc>
      </w:tr>
      <w:tr w:rsidR="00007408" w:rsidRPr="000B4BD8" w14:paraId="257E9BE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B26335"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94B282" w14:textId="77777777" w:rsidR="00007408" w:rsidRPr="000B4BD8" w:rsidRDefault="004B5BD4">
            <w:pPr>
              <w:spacing w:before="40" w:after="40" w:line="252" w:lineRule="auto"/>
            </w:pPr>
            <w:r w:rsidRPr="000B4BD8">
              <w:rPr>
                <w:rFonts w:eastAsia="Arial"/>
              </w:rPr>
              <w:t>Trenerzy posiadają kompetencje pedagogiczne potwierdzone prowadzeniem szkoleń z zakresu zarządzania kryzysowego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0FF4A"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9EA077" w14:textId="77777777" w:rsidR="00007408" w:rsidRPr="000B4BD8" w:rsidRDefault="00007408">
            <w:pPr>
              <w:spacing w:before="40" w:after="40" w:line="252" w:lineRule="auto"/>
            </w:pPr>
          </w:p>
        </w:tc>
      </w:tr>
    </w:tbl>
    <w:p w14:paraId="052F6F8B" w14:textId="77777777" w:rsidR="00007408" w:rsidRPr="000B4BD8" w:rsidRDefault="004B5BD4">
      <w:pPr>
        <w:pStyle w:val="Nagwek2"/>
        <w:pageBreakBefore/>
        <w:spacing w:line="252" w:lineRule="auto"/>
      </w:pPr>
      <w:r w:rsidRPr="000B4BD8">
        <w:rPr>
          <w:rFonts w:ascii="Arial" w:eastAsia="Arial" w:hAnsi="Arial"/>
        </w:rPr>
        <w:lastRenderedPageBreak/>
        <w:t>III.B. Obszar B</w:t>
      </w:r>
    </w:p>
    <w:p w14:paraId="07D6E8B0" w14:textId="77777777" w:rsidR="00007408" w:rsidRPr="000B4BD8" w:rsidRDefault="004B5BD4">
      <w:pPr>
        <w:spacing w:after="80" w:line="252" w:lineRule="auto"/>
      </w:pPr>
      <w:r w:rsidRPr="000B4BD8">
        <w:rPr>
          <w:rFonts w:eastAsia="Arial"/>
          <w:b/>
        </w:rPr>
        <w:t>Podnoszenie umiejętności lub kompetencji z zakresu ochrony ludności i obrony cywilnej.</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376B5D67"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AA95C76"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E4D015F"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B3A5F91"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9713782"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0E2A161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EB16D4"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D797C2" w14:textId="157E95EB" w:rsidR="00007408" w:rsidRPr="000B4BD8" w:rsidRDefault="004B5BD4">
            <w:pPr>
              <w:spacing w:before="40" w:after="40" w:line="252" w:lineRule="auto"/>
            </w:pPr>
            <w:r w:rsidRPr="000B4BD8">
              <w:rPr>
                <w:rFonts w:eastAsia="Arial"/>
              </w:rPr>
              <w:t>Partner należy do podmiotów uprawnionych do przeprowadzenia szkoleń zgodnie ze Standardem usług edukacyjnych</w:t>
            </w:r>
            <w:r w:rsidR="00F54AEA">
              <w:rPr>
                <w:rFonts w:eastAsia="Arial"/>
              </w:rPr>
              <w:t xml:space="preserve">, stanowiących załącznik nr 3 do regulaminu konkursu na partnera. </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E5D80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9D4342" w14:textId="77777777" w:rsidR="00007408" w:rsidRPr="000B4BD8" w:rsidRDefault="00007408">
            <w:pPr>
              <w:spacing w:before="40" w:after="40" w:line="252" w:lineRule="auto"/>
            </w:pPr>
          </w:p>
        </w:tc>
      </w:tr>
      <w:tr w:rsidR="00007408" w:rsidRPr="000B4BD8" w14:paraId="4402DB8E"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F9E4565"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D93A1C" w14:textId="512A1B59"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973F48"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63716B" w14:textId="77777777" w:rsidR="00007408" w:rsidRPr="000B4BD8" w:rsidRDefault="00007408">
            <w:pPr>
              <w:spacing w:before="40" w:after="40" w:line="252" w:lineRule="auto"/>
            </w:pPr>
          </w:p>
        </w:tc>
      </w:tr>
      <w:tr w:rsidR="00007408" w:rsidRPr="000B4BD8" w14:paraId="0C601A8A"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DAD94"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E8DC2E" w14:textId="77777777" w:rsidR="00007408" w:rsidRPr="000B4BD8" w:rsidRDefault="004B5BD4">
            <w:pPr>
              <w:spacing w:before="40" w:after="40" w:line="252" w:lineRule="auto"/>
            </w:pPr>
            <w:r w:rsidRPr="000B4BD8">
              <w:t>Partner w okresie 5 lat do dnia rozpoczęcia pierwszego szkolenia z zakresu ochrony ludności i obrony cywilnej prowadził studia, studia podyplomowe, szkolenia, kurs lub inną formę kształcenia w tematyce bezpieczeństwa narodowego, bezpieczeństwa wewnętrznego, zarządzania kryzysowego, ochrony ludności, obrony cywilnej lub ochrony infrastruktury krytycznej i przedstawił pisemne potwierdzenie spełniania tego wymagania.</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53D39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E9EE19" w14:textId="77777777" w:rsidR="00007408" w:rsidRPr="000B4BD8" w:rsidRDefault="00007408">
            <w:pPr>
              <w:spacing w:before="40" w:after="40" w:line="252" w:lineRule="auto"/>
            </w:pPr>
          </w:p>
        </w:tc>
      </w:tr>
      <w:tr w:rsidR="00007408" w:rsidRPr="000B4BD8" w14:paraId="439477E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E6D15C"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FA9D38" w14:textId="77777777" w:rsidR="00007408" w:rsidRPr="000B4BD8" w:rsidRDefault="004B5BD4">
            <w:pPr>
              <w:spacing w:before="40" w:after="40" w:line="252" w:lineRule="auto"/>
            </w:pPr>
            <w:r w:rsidRPr="000B4BD8">
              <w:rPr>
                <w:rFonts w:eastAsia="Arial"/>
              </w:rPr>
              <w:t>Partner zapewnia na podstawie stosunku pracy lub stosunku cywilnoprawnego co najmniej dwie osoby do prowadzenia zajęć dydaktycznych, z których każda spełnia co najmniej jeden z warunków kwalifikacyjno-</w:t>
            </w:r>
            <w:proofErr w:type="spellStart"/>
            <w:r w:rsidRPr="000B4BD8">
              <w:rPr>
                <w:rFonts w:eastAsia="Arial"/>
              </w:rPr>
              <w:t>doświadczeniowych</w:t>
            </w:r>
            <w:proofErr w:type="spellEnd"/>
            <w:r w:rsidRPr="000B4BD8">
              <w:rPr>
                <w:rFonts w:eastAsia="Arial"/>
              </w:rPr>
              <w:t xml:space="preserve"> określonych w Regulaminie.</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6E75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7A3D7A3" w14:textId="77777777" w:rsidR="00007408" w:rsidRPr="000B4BD8" w:rsidRDefault="00007408">
            <w:pPr>
              <w:spacing w:before="40" w:after="40" w:line="252" w:lineRule="auto"/>
            </w:pPr>
          </w:p>
        </w:tc>
      </w:tr>
    </w:tbl>
    <w:p w14:paraId="31C9DEFF" w14:textId="77777777" w:rsidR="00007408" w:rsidRPr="000B4BD8" w:rsidRDefault="004B5BD4">
      <w:pPr>
        <w:pStyle w:val="Nagwek2"/>
        <w:pageBreakBefore/>
        <w:spacing w:line="252" w:lineRule="auto"/>
      </w:pPr>
      <w:r w:rsidRPr="000B4BD8">
        <w:rPr>
          <w:rFonts w:ascii="Arial" w:eastAsia="Arial" w:hAnsi="Arial"/>
        </w:rPr>
        <w:lastRenderedPageBreak/>
        <w:t>III.C. Obszar C</w:t>
      </w:r>
    </w:p>
    <w:p w14:paraId="287CA7F1" w14:textId="77777777" w:rsidR="00007408" w:rsidRPr="000B4BD8" w:rsidRDefault="004B5BD4">
      <w:pPr>
        <w:spacing w:after="80" w:line="252" w:lineRule="auto"/>
      </w:pPr>
      <w:r w:rsidRPr="000B4BD8">
        <w:rPr>
          <w:rFonts w:eastAsia="Arial"/>
          <w:b/>
        </w:rPr>
        <w:t xml:space="preserve">Podnoszenie umiejętności, kompetencji lub kwalifikacji z zakresu prewencji terrorystycznej (z wyłączeniem </w:t>
      </w:r>
      <w:proofErr w:type="spellStart"/>
      <w:r w:rsidRPr="000B4BD8">
        <w:rPr>
          <w:rFonts w:eastAsia="Arial"/>
          <w:b/>
        </w:rPr>
        <w:t>cyberbezpieczeństwa</w:t>
      </w:r>
      <w:proofErr w:type="spellEnd"/>
      <w:r w:rsidRPr="000B4BD8">
        <w:rPr>
          <w:rFonts w:eastAsia="Arial"/>
          <w:b/>
        </w:rPr>
        <w:t>).</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123FC81B"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439115"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821A5E0"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DE554A6"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1ED28B7"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2867DAF"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EC5C32"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99C056" w14:textId="77777777" w:rsidR="00007408" w:rsidRPr="000B4BD8" w:rsidRDefault="004B5BD4">
            <w:pPr>
              <w:spacing w:before="40" w:after="40" w:line="252" w:lineRule="auto"/>
            </w:pPr>
            <w:r w:rsidRPr="000B4BD8">
              <w:rPr>
                <w:rFonts w:eastAsia="Arial"/>
              </w:rPr>
              <w:t>Partner prowadził szkolenia z zakresu prewencji terrorystycznej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E74525F"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88EA05" w14:textId="77777777" w:rsidR="00007408" w:rsidRPr="000B4BD8" w:rsidRDefault="00007408">
            <w:pPr>
              <w:spacing w:before="40" w:after="40" w:line="252" w:lineRule="auto"/>
            </w:pPr>
          </w:p>
        </w:tc>
      </w:tr>
      <w:tr w:rsidR="00007408" w:rsidRPr="000B4BD8" w14:paraId="40FA2EB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90816E"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C25783" w14:textId="4F4F991E"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A434DB"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8C5734" w14:textId="77777777" w:rsidR="00007408" w:rsidRPr="000B4BD8" w:rsidRDefault="00007408">
            <w:pPr>
              <w:spacing w:before="40" w:after="40" w:line="252" w:lineRule="auto"/>
            </w:pPr>
          </w:p>
        </w:tc>
      </w:tr>
      <w:tr w:rsidR="00007408" w:rsidRPr="000B4BD8" w14:paraId="5B63ACD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DF436D"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2A8CBC"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65BD7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2389A0" w14:textId="77777777" w:rsidR="00007408" w:rsidRPr="000B4BD8" w:rsidRDefault="00007408">
            <w:pPr>
              <w:spacing w:before="40" w:after="40" w:line="252" w:lineRule="auto"/>
            </w:pPr>
          </w:p>
        </w:tc>
      </w:tr>
      <w:tr w:rsidR="00007408" w:rsidRPr="000B4BD8" w14:paraId="3DA337E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E9CB22"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229ED5" w14:textId="77777777" w:rsidR="00007408" w:rsidRPr="000B4BD8" w:rsidRDefault="004B5BD4">
            <w:pPr>
              <w:spacing w:before="40" w:after="40" w:line="252" w:lineRule="auto"/>
            </w:pPr>
            <w:r w:rsidRPr="000B4BD8">
              <w:rPr>
                <w:rFonts w:eastAsia="Arial"/>
              </w:rPr>
              <w:t>Partner zapewnia trenerów będących osobami o profilu określonym w Regulaminie (m.in. obecni/byli funkcjonariusze ABW, specjaliści Policji, żołnierze Wojsk Specjalnych lub eksperci ds. bezpieczeństwa wewnętrznego).</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343629"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0E8222" w14:textId="77777777" w:rsidR="00007408" w:rsidRPr="000B4BD8" w:rsidRDefault="00007408">
            <w:pPr>
              <w:spacing w:before="40" w:after="40" w:line="252" w:lineRule="auto"/>
            </w:pPr>
          </w:p>
        </w:tc>
      </w:tr>
      <w:tr w:rsidR="00007408" w:rsidRPr="000B4BD8" w14:paraId="59C0FDFD"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A39FC2"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34BA54" w14:textId="77777777" w:rsidR="00007408" w:rsidRPr="000B4BD8" w:rsidRDefault="004B5BD4">
            <w:pPr>
              <w:spacing w:before="40" w:after="40" w:line="252" w:lineRule="auto"/>
            </w:pPr>
            <w:r w:rsidRPr="000B4BD8">
              <w:rPr>
                <w:rFonts w:eastAsia="Arial"/>
              </w:rPr>
              <w:t>Trenerzy posiadają min. 5 lat doświadczenia operacyjnego lub szkoleniowego w zakresie działań antyterrorystycznych, wywiadowczych lub w pionach prewencji, zdobytego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DD1516"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ECE66" w14:textId="77777777" w:rsidR="00007408" w:rsidRPr="000B4BD8" w:rsidRDefault="00007408">
            <w:pPr>
              <w:spacing w:before="40" w:after="40" w:line="252" w:lineRule="auto"/>
            </w:pPr>
          </w:p>
        </w:tc>
      </w:tr>
      <w:tr w:rsidR="00007408" w:rsidRPr="000B4BD8" w14:paraId="379A52A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DCB211"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A82A3D"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694DDD"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DCD9BF" w14:textId="77777777" w:rsidR="00007408" w:rsidRPr="000B4BD8" w:rsidRDefault="00007408">
            <w:pPr>
              <w:spacing w:before="40" w:after="40" w:line="252" w:lineRule="auto"/>
            </w:pPr>
          </w:p>
        </w:tc>
      </w:tr>
      <w:tr w:rsidR="00007408" w:rsidRPr="000B4BD8" w14:paraId="3DA66455"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661711D" w14:textId="77777777" w:rsidR="00007408" w:rsidRPr="000B4BD8" w:rsidRDefault="004B5BD4">
            <w:pPr>
              <w:spacing w:before="40" w:after="40" w:line="252" w:lineRule="auto"/>
              <w:jc w:val="center"/>
            </w:pPr>
            <w:r w:rsidRPr="000B4BD8">
              <w:rPr>
                <w:rFonts w:eastAsia="Arial"/>
              </w:rPr>
              <w:t>7</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3D31F6" w14:textId="77777777" w:rsidR="00007408" w:rsidRPr="000B4BD8" w:rsidRDefault="004B5BD4">
            <w:pPr>
              <w:spacing w:before="40" w:after="40" w:line="252" w:lineRule="auto"/>
            </w:pPr>
            <w:r w:rsidRPr="000B4BD8">
              <w:rPr>
                <w:rFonts w:eastAsia="Arial"/>
              </w:rPr>
              <w:t>Trenerzy posiadają kompetencje pedagogiczne potwierdzone prowadzeniem szkoleń z zakresu prewencji terrorystycznej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B28EB2"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1924D1" w14:textId="77777777" w:rsidR="00007408" w:rsidRPr="000B4BD8" w:rsidRDefault="00007408">
            <w:pPr>
              <w:spacing w:before="40" w:after="40" w:line="252" w:lineRule="auto"/>
            </w:pPr>
          </w:p>
        </w:tc>
      </w:tr>
    </w:tbl>
    <w:p w14:paraId="3363D4D7" w14:textId="77777777" w:rsidR="00007408" w:rsidRPr="000B4BD8" w:rsidRDefault="004B5BD4">
      <w:pPr>
        <w:pStyle w:val="Nagwek2"/>
        <w:pageBreakBefore/>
        <w:spacing w:line="252" w:lineRule="auto"/>
      </w:pPr>
      <w:r w:rsidRPr="000B4BD8">
        <w:rPr>
          <w:rFonts w:ascii="Arial" w:eastAsia="Arial" w:hAnsi="Arial"/>
        </w:rPr>
        <w:lastRenderedPageBreak/>
        <w:t>III.D. Obszar D</w:t>
      </w:r>
    </w:p>
    <w:p w14:paraId="17E90C48" w14:textId="77777777" w:rsidR="00007408" w:rsidRPr="000B4BD8" w:rsidRDefault="004B5BD4">
      <w:pPr>
        <w:spacing w:after="80" w:line="252" w:lineRule="auto"/>
      </w:pPr>
      <w:r w:rsidRPr="000B4BD8">
        <w:rPr>
          <w:rFonts w:eastAsia="Arial"/>
          <w:b/>
        </w:rPr>
        <w:t xml:space="preserve">Podnoszenie kompetencji lub nabywanie kwalifikacji z zakresu </w:t>
      </w:r>
      <w:proofErr w:type="spellStart"/>
      <w:r w:rsidRPr="000B4BD8">
        <w:rPr>
          <w:rFonts w:eastAsia="Arial"/>
          <w:b/>
        </w:rPr>
        <w:t>cyberbezpieczeństwa</w:t>
      </w:r>
      <w:proofErr w:type="spellEnd"/>
      <w:r w:rsidRPr="000B4BD8">
        <w:rPr>
          <w:rFonts w:eastAsia="Arial"/>
          <w:b/>
        </w:rPr>
        <w:t>.</w:t>
      </w:r>
    </w:p>
    <w:tbl>
      <w:tblPr>
        <w:tblStyle w:val="Tabela-Siatka"/>
        <w:tblW w:w="0" w:type="auto"/>
        <w:jc w:val="center"/>
        <w:tblLayout w:type="fixed"/>
        <w:tblLook w:val="04A0" w:firstRow="1" w:lastRow="0" w:firstColumn="1" w:lastColumn="0" w:noHBand="0" w:noVBand="1"/>
      </w:tblPr>
      <w:tblGrid>
        <w:gridCol w:w="454"/>
        <w:gridCol w:w="5669"/>
        <w:gridCol w:w="1134"/>
        <w:gridCol w:w="2608"/>
      </w:tblGrid>
      <w:tr w:rsidR="00007408" w:rsidRPr="000B4BD8" w14:paraId="0D37471E"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288E744" w14:textId="77777777" w:rsidR="00007408" w:rsidRPr="000B4BD8" w:rsidRDefault="004B5BD4">
            <w:r w:rsidRPr="000B4BD8">
              <w:rPr>
                <w:b/>
              </w:rPr>
              <w:t>Nr</w:t>
            </w:r>
          </w:p>
        </w:tc>
        <w:tc>
          <w:tcPr>
            <w:tcW w:w="566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91D15FD" w14:textId="77777777" w:rsidR="00007408" w:rsidRPr="000B4BD8" w:rsidRDefault="004B5BD4">
            <w:pPr>
              <w:spacing w:before="40" w:after="40" w:line="252" w:lineRule="auto"/>
              <w:jc w:val="center"/>
            </w:pPr>
            <w:r w:rsidRPr="000B4BD8">
              <w:rPr>
                <w:rFonts w:eastAsia="Arial"/>
                <w:b/>
              </w:rPr>
              <w:t>Warunek</w:t>
            </w:r>
          </w:p>
        </w:tc>
        <w:tc>
          <w:tcPr>
            <w:tcW w:w="113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E14F2C" w14:textId="77777777" w:rsidR="00007408" w:rsidRPr="000B4BD8" w:rsidRDefault="004B5BD4">
            <w:pPr>
              <w:spacing w:before="40" w:after="40" w:line="252" w:lineRule="auto"/>
              <w:jc w:val="center"/>
            </w:pPr>
            <w:r w:rsidRPr="000B4BD8">
              <w:rPr>
                <w:rFonts w:eastAsia="Arial"/>
                <w:b/>
              </w:rPr>
              <w:t>Spełnia</w:t>
            </w:r>
          </w:p>
        </w:tc>
        <w:tc>
          <w:tcPr>
            <w:tcW w:w="2608"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DA710AA" w14:textId="77777777" w:rsidR="00007408" w:rsidRPr="000B4BD8" w:rsidRDefault="004B5BD4">
            <w:pPr>
              <w:spacing w:before="40" w:after="40" w:line="252" w:lineRule="auto"/>
              <w:jc w:val="center"/>
            </w:pPr>
            <w:r w:rsidRPr="000B4BD8">
              <w:rPr>
                <w:rFonts w:eastAsia="Arial"/>
                <w:b/>
              </w:rPr>
              <w:t>Sposób potwierdzenia / załącznik</w:t>
            </w:r>
          </w:p>
        </w:tc>
      </w:tr>
      <w:tr w:rsidR="00007408" w:rsidRPr="000B4BD8" w14:paraId="3682FEAC"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AFF908" w14:textId="77777777" w:rsidR="00007408" w:rsidRPr="000B4BD8" w:rsidRDefault="004B5BD4">
            <w:pPr>
              <w:spacing w:before="40" w:after="40" w:line="252" w:lineRule="auto"/>
              <w:jc w:val="center"/>
            </w:pPr>
            <w:r w:rsidRPr="000B4BD8">
              <w:rPr>
                <w:rFonts w:eastAsia="Arial"/>
              </w:rPr>
              <w:t>1</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F1650D" w14:textId="77777777" w:rsidR="00007408" w:rsidRPr="000B4BD8" w:rsidRDefault="004B5BD4">
            <w:pPr>
              <w:spacing w:before="40" w:after="40" w:line="252" w:lineRule="auto"/>
            </w:pPr>
            <w:r w:rsidRPr="000B4BD8">
              <w:rPr>
                <w:rFonts w:eastAsia="Arial"/>
              </w:rPr>
              <w:t xml:space="preserve">Partner prowadził szkolenia z zakresu </w:t>
            </w:r>
            <w:proofErr w:type="spellStart"/>
            <w:r w:rsidRPr="000B4BD8">
              <w:rPr>
                <w:rFonts w:eastAsia="Arial"/>
              </w:rPr>
              <w:t>cyberbezpieczeństwa</w:t>
            </w:r>
            <w:proofErr w:type="spellEnd"/>
            <w:r w:rsidRPr="000B4BD8">
              <w:rPr>
                <w:rFonts w:eastAsia="Arial"/>
              </w:rPr>
              <w:t xml:space="preserve"> w okresie 5 lat poprzedzających dzień ogłoszenia naboru FEMP.15.01-IP.02-079/26.</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BE5F9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602B6" w14:textId="77777777" w:rsidR="00007408" w:rsidRPr="000B4BD8" w:rsidRDefault="00007408">
            <w:pPr>
              <w:spacing w:before="40" w:after="40" w:line="252" w:lineRule="auto"/>
            </w:pPr>
          </w:p>
        </w:tc>
      </w:tr>
      <w:tr w:rsidR="00007408" w:rsidRPr="000B4BD8" w14:paraId="6072905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70DE61" w14:textId="77777777" w:rsidR="00007408" w:rsidRPr="000B4BD8" w:rsidRDefault="004B5BD4">
            <w:pPr>
              <w:spacing w:before="40" w:after="40" w:line="252" w:lineRule="auto"/>
              <w:jc w:val="center"/>
            </w:pPr>
            <w:r w:rsidRPr="000B4BD8">
              <w:rPr>
                <w:rFonts w:eastAsia="Arial"/>
              </w:rPr>
              <w:t>2</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101D89" w14:textId="71F971A7" w:rsidR="00007408" w:rsidRPr="000B4BD8" w:rsidRDefault="004B5BD4">
            <w:pPr>
              <w:spacing w:before="40" w:after="40" w:line="252" w:lineRule="auto"/>
            </w:pPr>
            <w:r w:rsidRPr="000B4BD8">
              <w:rPr>
                <w:rFonts w:eastAsia="Arial"/>
              </w:rPr>
              <w:t xml:space="preserve">Partner posiada infrastrukturę i warunki organizacyjne niezbędne do przeprowadzenia szkolenia </w:t>
            </w:r>
            <w:r w:rsidR="00FA04F0">
              <w:rPr>
                <w:rFonts w:eastAsia="Arial"/>
              </w:rPr>
              <w:t>lub</w:t>
            </w:r>
            <w:r w:rsidRPr="000B4BD8">
              <w:rPr>
                <w:rFonts w:eastAsia="Arial"/>
              </w:rPr>
              <w:t xml:space="preserve"> dostęp do takiej infrastruktury, w tym na czas szkolenia tytuł prawny do lokalu.</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49D2A3"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225DBB" w14:textId="77777777" w:rsidR="00007408" w:rsidRPr="000B4BD8" w:rsidRDefault="00007408">
            <w:pPr>
              <w:spacing w:before="40" w:after="40" w:line="252" w:lineRule="auto"/>
            </w:pPr>
          </w:p>
        </w:tc>
      </w:tr>
      <w:tr w:rsidR="00007408" w:rsidRPr="000B4BD8" w14:paraId="1E6FEFA9"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187E26" w14:textId="77777777" w:rsidR="00007408" w:rsidRPr="000B4BD8" w:rsidRDefault="004B5BD4">
            <w:pPr>
              <w:spacing w:before="40" w:after="40" w:line="252" w:lineRule="auto"/>
              <w:jc w:val="center"/>
            </w:pPr>
            <w:r w:rsidRPr="000B4BD8">
              <w:rPr>
                <w:rFonts w:eastAsia="Arial"/>
              </w:rPr>
              <w:t>3</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AC4D27" w14:textId="77777777" w:rsidR="00007408" w:rsidRPr="000B4BD8" w:rsidRDefault="004B5BD4">
            <w:pPr>
              <w:spacing w:before="40" w:after="40" w:line="252" w:lineRule="auto"/>
            </w:pPr>
            <w:r w:rsidRPr="000B4BD8">
              <w:rPr>
                <w:rFonts w:eastAsia="Arial"/>
              </w:rPr>
              <w:t>Partner zapewnia na podstawie stosunku pracy lub umowy cywilnoprawnej co najmniej dwie osoby z udokumentowanym doświadczeniem dydaktycznym.</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1188060"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01A6FD" w14:textId="77777777" w:rsidR="00007408" w:rsidRPr="000B4BD8" w:rsidRDefault="00007408">
            <w:pPr>
              <w:spacing w:before="40" w:after="40" w:line="252" w:lineRule="auto"/>
            </w:pPr>
          </w:p>
        </w:tc>
      </w:tr>
      <w:tr w:rsidR="00007408" w:rsidRPr="000B4BD8" w14:paraId="7AE75931"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49DF44" w14:textId="77777777" w:rsidR="00007408" w:rsidRPr="000B4BD8" w:rsidRDefault="004B5BD4">
            <w:pPr>
              <w:spacing w:before="40" w:after="40" w:line="252" w:lineRule="auto"/>
              <w:jc w:val="center"/>
            </w:pPr>
            <w:r w:rsidRPr="000B4BD8">
              <w:rPr>
                <w:rFonts w:eastAsia="Arial"/>
              </w:rPr>
              <w:t>4</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07085E" w14:textId="77777777" w:rsidR="00007408" w:rsidRPr="000B4BD8" w:rsidRDefault="004B5BD4">
            <w:pPr>
              <w:spacing w:before="40" w:after="40" w:line="252" w:lineRule="auto"/>
            </w:pPr>
            <w:r w:rsidRPr="000B4BD8">
              <w:t xml:space="preserve">Trenerzy posiadają minimum 5 lat doświadczenia operacyjnego lub szkoleniowego z zakresu </w:t>
            </w:r>
            <w:proofErr w:type="spellStart"/>
            <w:r w:rsidRPr="000B4BD8">
              <w:t>cyberbezpieczeństwa</w:t>
            </w:r>
            <w:proofErr w:type="spellEnd"/>
            <w:r w:rsidRPr="000B4BD8">
              <w:t xml:space="preserve"> w ciągu ostatnich 10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D9081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843A1" w14:textId="77777777" w:rsidR="00007408" w:rsidRPr="000B4BD8" w:rsidRDefault="00007408">
            <w:pPr>
              <w:spacing w:before="40" w:after="40" w:line="252" w:lineRule="auto"/>
            </w:pPr>
          </w:p>
        </w:tc>
      </w:tr>
      <w:tr w:rsidR="00007408" w:rsidRPr="000B4BD8" w14:paraId="5591B12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55A79C" w14:textId="77777777" w:rsidR="00007408" w:rsidRPr="000B4BD8" w:rsidRDefault="004B5BD4">
            <w:pPr>
              <w:spacing w:before="40" w:after="40" w:line="252" w:lineRule="auto"/>
              <w:jc w:val="center"/>
            </w:pPr>
            <w:r w:rsidRPr="000B4BD8">
              <w:rPr>
                <w:rFonts w:eastAsia="Arial"/>
              </w:rPr>
              <w:t>5</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0BDA6C" w14:textId="77777777" w:rsidR="00007408" w:rsidRPr="000B4BD8" w:rsidRDefault="004B5BD4">
            <w:pPr>
              <w:spacing w:before="40" w:after="40" w:line="252" w:lineRule="auto"/>
            </w:pPr>
            <w:r w:rsidRPr="000B4BD8">
              <w:rPr>
                <w:rFonts w:eastAsia="Arial"/>
              </w:rPr>
              <w:t>Trenerzy są niekarani.</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C73767"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A53FE9" w14:textId="77777777" w:rsidR="00007408" w:rsidRPr="000B4BD8" w:rsidRDefault="00007408">
            <w:pPr>
              <w:spacing w:before="40" w:after="40" w:line="252" w:lineRule="auto"/>
            </w:pPr>
          </w:p>
        </w:tc>
      </w:tr>
      <w:tr w:rsidR="00007408" w:rsidRPr="000B4BD8" w14:paraId="5A02D532"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45E109" w14:textId="77777777" w:rsidR="00007408" w:rsidRPr="000B4BD8" w:rsidRDefault="004B5BD4">
            <w:pPr>
              <w:spacing w:before="40" w:after="40" w:line="252" w:lineRule="auto"/>
              <w:jc w:val="center"/>
            </w:pPr>
            <w:r w:rsidRPr="000B4BD8">
              <w:rPr>
                <w:rFonts w:eastAsia="Arial"/>
              </w:rPr>
              <w:t>6</w:t>
            </w:r>
          </w:p>
        </w:tc>
        <w:tc>
          <w:tcPr>
            <w:tcW w:w="566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D6F522" w14:textId="77777777" w:rsidR="00007408" w:rsidRPr="000B4BD8" w:rsidRDefault="004B5BD4">
            <w:pPr>
              <w:spacing w:before="40" w:after="40" w:line="252" w:lineRule="auto"/>
            </w:pPr>
            <w:r w:rsidRPr="000B4BD8">
              <w:rPr>
                <w:rFonts w:eastAsia="Arial"/>
              </w:rPr>
              <w:t xml:space="preserve">Trenerzy posiadają kompetencje pedagogiczne potwierdzone prowadzeniem szkoleń z zakresu </w:t>
            </w:r>
            <w:proofErr w:type="spellStart"/>
            <w:r w:rsidRPr="000B4BD8">
              <w:rPr>
                <w:rFonts w:eastAsia="Arial"/>
              </w:rPr>
              <w:t>cyberbezpieczeństwa</w:t>
            </w:r>
            <w:proofErr w:type="spellEnd"/>
            <w:r w:rsidRPr="000B4BD8">
              <w:rPr>
                <w:rFonts w:eastAsia="Arial"/>
              </w:rPr>
              <w:t xml:space="preserve"> w ciągu ostatnich 5 lat.</w:t>
            </w:r>
          </w:p>
        </w:tc>
        <w:tc>
          <w:tcPr>
            <w:tcW w:w="113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86CB2E" w14:textId="77777777" w:rsidR="00007408" w:rsidRPr="000B4BD8" w:rsidRDefault="004B5BD4">
            <w:pPr>
              <w:spacing w:before="40" w:after="40" w:line="252" w:lineRule="auto"/>
            </w:pPr>
            <w:r w:rsidRPr="000B4BD8">
              <w:t>☐ TAK</w:t>
            </w:r>
            <w:r w:rsidRPr="000B4BD8">
              <w:br/>
              <w:t>☐ NIE</w:t>
            </w:r>
          </w:p>
        </w:tc>
        <w:tc>
          <w:tcPr>
            <w:tcW w:w="260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2D7589" w14:textId="77777777" w:rsidR="00007408" w:rsidRPr="000B4BD8" w:rsidRDefault="00007408">
            <w:pPr>
              <w:spacing w:before="40" w:after="40" w:line="252" w:lineRule="auto"/>
            </w:pPr>
          </w:p>
        </w:tc>
      </w:tr>
    </w:tbl>
    <w:p w14:paraId="39B9C37E" w14:textId="77777777" w:rsidR="00007408" w:rsidRPr="000B4BD8" w:rsidRDefault="004B5BD4">
      <w:pPr>
        <w:pStyle w:val="Nagwek1"/>
        <w:pageBreakBefore/>
        <w:spacing w:line="252" w:lineRule="auto"/>
      </w:pPr>
      <w:r w:rsidRPr="000B4BD8">
        <w:rPr>
          <w:rFonts w:ascii="Arial" w:hAnsi="Arial"/>
        </w:rPr>
        <w:lastRenderedPageBreak/>
        <w:t>IV. DOŚWIADCZENIE PARTNERA – MAKSYMALNIE 10 PKT</w:t>
      </w:r>
    </w:p>
    <w:p w14:paraId="268D9AEE" w14:textId="6B0CC629" w:rsidR="00007408" w:rsidRPr="000B4BD8" w:rsidRDefault="004B5BD4">
      <w:pPr>
        <w:spacing w:line="252" w:lineRule="auto"/>
      </w:pPr>
      <w:r w:rsidRPr="000B4BD8">
        <w:t xml:space="preserve">Należy wykazać doświadczenie zdobyte w okresie 5 lat poprzedzających termin złożenia oferty. Punktacja zgodnie z pkt </w:t>
      </w:r>
      <w:r w:rsidR="007716A4">
        <w:t>4</w:t>
      </w:r>
      <w:r w:rsidR="00994E8F">
        <w:t>2</w:t>
      </w:r>
      <w:r w:rsidRPr="000B4BD8">
        <w:t xml:space="preserve"> Regulaminu: 0 pkt – nie wykazano doświadczenia w żadnym z trzech ocenianych obszarów</w:t>
      </w:r>
      <w:r w:rsidR="00175A1A">
        <w:t xml:space="preserve"> doświadczenia</w:t>
      </w:r>
      <w:r w:rsidRPr="000B4BD8">
        <w:t>; 2 pkt – jeden obszar; 5 pkt – dwa obszary</w:t>
      </w:r>
      <w:r w:rsidR="00175A1A">
        <w:t xml:space="preserve"> doświadczenia</w:t>
      </w:r>
      <w:r w:rsidRPr="000B4BD8">
        <w:t>; 7 pkt – trzy obszary</w:t>
      </w:r>
      <w:r w:rsidR="00175A1A">
        <w:t xml:space="preserve"> doświadczenia</w:t>
      </w:r>
      <w:r w:rsidRPr="000B4BD8">
        <w:t xml:space="preserve"> bez ich łącznego wystąpienia w tym samym projekcie, działaniu lub usłudze; 10 pkt – trzy obszary</w:t>
      </w:r>
      <w:r w:rsidR="00175A1A">
        <w:t xml:space="preserve"> doświadczenia</w:t>
      </w:r>
      <w:r w:rsidRPr="000B4BD8">
        <w:t xml:space="preserve"> łącznie w tym samym projekcie, działaniu lub usłudze. Punkty nie podlegają sumowaniu.</w:t>
      </w:r>
    </w:p>
    <w:p w14:paraId="217D745B"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4025"/>
        <w:gridCol w:w="5839"/>
      </w:tblGrid>
      <w:tr w:rsidR="00007408" w:rsidRPr="000B4BD8" w14:paraId="49C38DD5"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E57D01" w14:textId="7BAD4F5D" w:rsidR="00007408" w:rsidRPr="000B4BD8" w:rsidRDefault="0090192C" w:rsidP="004E7BD5">
            <w:pPr>
              <w:spacing w:line="252" w:lineRule="auto"/>
            </w:pPr>
            <w:r>
              <w:t xml:space="preserve">Nazwa obszaru doświadczenia </w:t>
            </w:r>
            <w:r w:rsidR="004E7BD5">
              <w:t xml:space="preserve">wskazanego w pkt </w:t>
            </w:r>
            <w:r w:rsidR="007716A4">
              <w:t>4</w:t>
            </w:r>
            <w:r w:rsidR="00994E8F">
              <w:t>2</w:t>
            </w:r>
            <w:r w:rsidR="004E7BD5">
              <w:t xml:space="preserve"> </w:t>
            </w:r>
            <w:proofErr w:type="spellStart"/>
            <w:r w:rsidR="004E7BD5">
              <w:t>ppkt</w:t>
            </w:r>
            <w:proofErr w:type="spellEnd"/>
            <w:r w:rsidR="004E7BD5">
              <w:t xml:space="preserve"> a, b, c) Regulaminu konkursu ofert na Partnerów.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F9872C" w14:textId="339C5B66" w:rsidR="0090192C" w:rsidRPr="000B4BD8" w:rsidRDefault="0090192C">
            <w:pPr>
              <w:spacing w:before="40" w:after="40" w:line="252" w:lineRule="auto"/>
            </w:pPr>
          </w:p>
        </w:tc>
      </w:tr>
      <w:tr w:rsidR="00007408" w:rsidRPr="000B4BD8" w14:paraId="3317A1C0"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24FEF7" w14:textId="77777777" w:rsidR="00007408" w:rsidRPr="000B4BD8" w:rsidRDefault="004B5BD4">
            <w:pPr>
              <w:spacing w:before="40" w:after="40" w:line="252" w:lineRule="auto"/>
            </w:pPr>
            <w:r w:rsidRPr="000B4BD8">
              <w:t>Nazwa projektu, działania lub usługi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563ABA" w14:textId="77777777" w:rsidR="00007408" w:rsidRPr="000B4BD8" w:rsidRDefault="004B5BD4">
            <w:pPr>
              <w:spacing w:before="40" w:after="40" w:line="252" w:lineRule="auto"/>
            </w:pPr>
            <w:r w:rsidRPr="000B4BD8">
              <w:br/>
            </w:r>
          </w:p>
        </w:tc>
      </w:tr>
      <w:tr w:rsidR="00007408" w:rsidRPr="000B4BD8" w14:paraId="565B0BE9"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A514B9" w14:textId="77777777" w:rsidR="00007408" w:rsidRPr="000B4BD8" w:rsidRDefault="004B5BD4">
            <w:pPr>
              <w:spacing w:before="40" w:after="40" w:line="252" w:lineRule="auto"/>
            </w:pPr>
            <w:r w:rsidRPr="000B4BD8">
              <w:t>Okres realizacji od–do</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18CC1B" w14:textId="77777777" w:rsidR="00007408" w:rsidRPr="000B4BD8" w:rsidRDefault="00007408">
            <w:pPr>
              <w:spacing w:before="40" w:after="40" w:line="252" w:lineRule="auto"/>
            </w:pPr>
          </w:p>
        </w:tc>
      </w:tr>
      <w:tr w:rsidR="00007408" w:rsidRPr="000B4BD8" w14:paraId="06E6DFC6"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E4DD41" w14:textId="77777777" w:rsidR="00007408" w:rsidRPr="000B4BD8" w:rsidRDefault="004B5BD4">
            <w:pPr>
              <w:spacing w:before="40" w:after="40" w:line="252" w:lineRule="auto"/>
            </w:pPr>
            <w:r w:rsidRPr="000B4BD8">
              <w:t>Odbiorcy i terytorium realizacji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09113B" w14:textId="77777777" w:rsidR="00007408" w:rsidRPr="000B4BD8" w:rsidRDefault="004B5BD4">
            <w:pPr>
              <w:spacing w:before="40" w:after="40" w:line="252" w:lineRule="auto"/>
            </w:pPr>
            <w:r w:rsidRPr="000B4BD8">
              <w:br/>
            </w:r>
          </w:p>
        </w:tc>
      </w:tr>
      <w:tr w:rsidR="00007408" w:rsidRPr="000B4BD8" w14:paraId="13FE8707"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237283" w14:textId="77777777" w:rsidR="00007408" w:rsidRPr="000B4BD8" w:rsidRDefault="004B5BD4">
            <w:pPr>
              <w:spacing w:before="40" w:after="40" w:line="252" w:lineRule="auto"/>
            </w:pPr>
            <w:r w:rsidRPr="000B4BD8">
              <w:t>Opis zadań wykonanych przez Oferenta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D05A7" w14:textId="77777777" w:rsidR="00007408" w:rsidRPr="000B4BD8" w:rsidRDefault="004B5BD4">
            <w:pPr>
              <w:spacing w:before="40" w:after="40" w:line="252" w:lineRule="auto"/>
            </w:pPr>
            <w:r w:rsidRPr="000B4BD8">
              <w:br/>
            </w:r>
            <w:r w:rsidRPr="000B4BD8">
              <w:br/>
            </w:r>
          </w:p>
        </w:tc>
      </w:tr>
      <w:tr w:rsidR="00007408" w:rsidRPr="000B4BD8" w14:paraId="4CF4A02C"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8EC33A" w14:textId="77777777" w:rsidR="00007408" w:rsidRPr="000B4BD8" w:rsidRDefault="004B5BD4">
            <w:pPr>
              <w:spacing w:before="40" w:after="40" w:line="252" w:lineRule="auto"/>
            </w:pPr>
            <w:r w:rsidRPr="000B4BD8">
              <w:t>Rozwój kompetencji kadr lub pozyskiwanie pracodawców do wspólnych przedsięwzięć</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E45DF0" w14:textId="77777777" w:rsidR="00007408" w:rsidRPr="000B4BD8" w:rsidRDefault="004B5BD4">
            <w:pPr>
              <w:spacing w:before="40" w:after="40" w:line="252" w:lineRule="auto"/>
            </w:pPr>
            <w:r w:rsidRPr="000B4BD8">
              <w:t>☐ TAK  ☐ NIE</w:t>
            </w:r>
            <w:r w:rsidRPr="000B4BD8">
              <w:br/>
              <w:t>Opis:</w:t>
            </w:r>
          </w:p>
        </w:tc>
      </w:tr>
      <w:tr w:rsidR="00007408" w:rsidRPr="000B4BD8" w14:paraId="4580665D"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B1859C" w14:textId="77777777" w:rsidR="00007408" w:rsidRPr="000B4BD8" w:rsidRDefault="004B5BD4">
            <w:pPr>
              <w:spacing w:before="40" w:after="40" w:line="252" w:lineRule="auto"/>
            </w:pPr>
            <w:r w:rsidRPr="000B4BD8">
              <w:t>Działania lub usługi na rzecz pracodawców, w tym w szczególności MMŚP oraz ich pracowników</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85F9268" w14:textId="77777777" w:rsidR="00007408" w:rsidRPr="000B4BD8" w:rsidRDefault="004B5BD4">
            <w:pPr>
              <w:spacing w:before="40" w:after="40" w:line="252" w:lineRule="auto"/>
            </w:pPr>
            <w:r w:rsidRPr="000B4BD8">
              <w:t>☐ TAK  ☐ NIE</w:t>
            </w:r>
            <w:r w:rsidRPr="000B4BD8">
              <w:br/>
              <w:t>Opis:</w:t>
            </w:r>
          </w:p>
        </w:tc>
      </w:tr>
      <w:tr w:rsidR="00007408" w:rsidRPr="000B4BD8" w14:paraId="73244F98"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E3DBAB" w14:textId="2B7F768C" w:rsidR="00007408" w:rsidRPr="000B4BD8" w:rsidRDefault="004B5BD4">
            <w:pPr>
              <w:spacing w:before="40" w:after="40" w:line="252" w:lineRule="auto"/>
            </w:pPr>
            <w:r w:rsidRPr="000B4BD8">
              <w:t xml:space="preserve">Działania lub usługi w podregionie </w:t>
            </w:r>
            <w:r w:rsidR="004938D0" w:rsidRPr="004938D0">
              <w:t>sądecki</w:t>
            </w:r>
            <w:r w:rsidR="004938D0">
              <w:t>m</w:t>
            </w:r>
            <w:r w:rsidR="004938D0" w:rsidRPr="004938D0">
              <w:t xml:space="preserve"> (gorlicki, nowosądecki, m. Nowy Sącz, limanowski)</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6F1FD0" w14:textId="77777777" w:rsidR="00007408" w:rsidRPr="000B4BD8" w:rsidRDefault="004B5BD4">
            <w:pPr>
              <w:spacing w:before="40" w:after="40" w:line="252" w:lineRule="auto"/>
            </w:pPr>
            <w:r w:rsidRPr="000B4BD8">
              <w:t>☐ TAK  ☐ NIE</w:t>
            </w:r>
            <w:r w:rsidRPr="000B4BD8">
              <w:br/>
              <w:t>Opis:</w:t>
            </w:r>
          </w:p>
        </w:tc>
      </w:tr>
      <w:tr w:rsidR="00007408" w:rsidRPr="000B4BD8" w14:paraId="2BFBF0D2" w14:textId="77777777">
        <w:trPr>
          <w:cantSplit/>
          <w:jc w:val="center"/>
        </w:trPr>
        <w:tc>
          <w:tcPr>
            <w:tcW w:w="402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0E5CAC" w14:textId="77777777" w:rsidR="00007408" w:rsidRPr="000B4BD8" w:rsidRDefault="004B5BD4">
            <w:pPr>
              <w:spacing w:before="40" w:after="40" w:line="252" w:lineRule="auto"/>
            </w:pPr>
            <w:r w:rsidRPr="000B4BD8">
              <w:t>Dokumenty potwierdzające doświadczenie – nazwa lub numer załącznika</w:t>
            </w:r>
          </w:p>
        </w:tc>
        <w:tc>
          <w:tcPr>
            <w:tcW w:w="583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2665" w14:textId="77777777" w:rsidR="00007408" w:rsidRPr="000B4BD8" w:rsidRDefault="004B5BD4">
            <w:pPr>
              <w:spacing w:before="40" w:after="40" w:line="252" w:lineRule="auto"/>
            </w:pPr>
            <w:r w:rsidRPr="000B4BD8">
              <w:br/>
            </w:r>
          </w:p>
        </w:tc>
      </w:tr>
    </w:tbl>
    <w:p w14:paraId="7B5272FD" w14:textId="79AE54D5" w:rsidR="00007408" w:rsidRPr="000B4BD8" w:rsidRDefault="004B5BD4">
      <w:pPr>
        <w:spacing w:line="252" w:lineRule="auto"/>
      </w:pPr>
      <w:r w:rsidRPr="000B4BD8">
        <w:t xml:space="preserve">Kartę należy </w:t>
      </w:r>
      <w:r w:rsidR="0090192C">
        <w:t>sporządzić</w:t>
      </w:r>
      <w:r w:rsidRPr="000B4BD8">
        <w:t xml:space="preserve"> </w:t>
      </w:r>
      <w:r w:rsidR="0090192C">
        <w:t xml:space="preserve">oddzielnie </w:t>
      </w:r>
      <w:r w:rsidRPr="000B4BD8">
        <w:t xml:space="preserve">dla każdego </w:t>
      </w:r>
      <w:r w:rsidR="0090192C">
        <w:t xml:space="preserve">obszaru doświadczenia wskazanego w pkt </w:t>
      </w:r>
      <w:r w:rsidR="00994E8F">
        <w:t>42</w:t>
      </w:r>
      <w:r w:rsidR="0090192C">
        <w:t xml:space="preserve"> </w:t>
      </w:r>
      <w:proofErr w:type="spellStart"/>
      <w:r w:rsidR="0090192C">
        <w:t>ppkt</w:t>
      </w:r>
      <w:proofErr w:type="spellEnd"/>
      <w:r w:rsidR="0090192C">
        <w:t xml:space="preserve"> a, b, c) Regulaminu konkursu ofert na Partnerów</w:t>
      </w:r>
      <w:r w:rsidR="0051084B">
        <w:t xml:space="preserve"> w</w:t>
      </w:r>
      <w:r w:rsidRPr="000B4BD8">
        <w:t>ykazywanego projektu, działania lub usługi. W jednej karcie należy opisać wszystkie rodzaje doświadczenia występujące w danym przedsięwzięciu.</w:t>
      </w:r>
    </w:p>
    <w:p w14:paraId="251257C9" w14:textId="77777777" w:rsidR="00007408" w:rsidRPr="000B4BD8" w:rsidRDefault="004B5BD4">
      <w:pPr>
        <w:pStyle w:val="Nagwek1"/>
        <w:pageBreakBefore/>
        <w:spacing w:line="252" w:lineRule="auto"/>
      </w:pPr>
      <w:r w:rsidRPr="000B4BD8">
        <w:rPr>
          <w:rFonts w:ascii="Arial" w:hAnsi="Arial"/>
        </w:rPr>
        <w:lastRenderedPageBreak/>
        <w:t>V. DOSTĘPNOŚĆ KADRY TRENERSKIEJ – MAKSYMALNIE 60 PKT</w:t>
      </w:r>
    </w:p>
    <w:p w14:paraId="4BBE87DF" w14:textId="010CCA29" w:rsidR="00007408" w:rsidRPr="000B4BD8" w:rsidRDefault="004B5BD4">
      <w:pPr>
        <w:spacing w:line="252" w:lineRule="auto"/>
      </w:pPr>
      <w:r w:rsidRPr="000B4BD8">
        <w:t xml:space="preserve">Należy wskazać imiennie trenerów, którymi Oferent dysponuje na podstawie stosunku pracy lub stosunku cywilnoprawnego, oraz dokumenty potwierdzające wymagania i dostępność. </w:t>
      </w:r>
    </w:p>
    <w:p w14:paraId="676F4549" w14:textId="77777777" w:rsidR="00007408" w:rsidRPr="000B4BD8" w:rsidRDefault="00007408">
      <w:pPr>
        <w:spacing w:after="20" w:line="252" w:lineRule="auto"/>
      </w:pPr>
    </w:p>
    <w:tbl>
      <w:tblPr>
        <w:tblW w:w="0" w:type="auto"/>
        <w:jc w:val="center"/>
        <w:tblLayout w:type="fixed"/>
        <w:tblLook w:val="04A0" w:firstRow="1" w:lastRow="0" w:firstColumn="1" w:lastColumn="0" w:noHBand="0" w:noVBand="1"/>
      </w:tblPr>
      <w:tblGrid>
        <w:gridCol w:w="567"/>
        <w:gridCol w:w="4195"/>
        <w:gridCol w:w="2551"/>
        <w:gridCol w:w="2551"/>
      </w:tblGrid>
      <w:tr w:rsidR="00007408" w:rsidRPr="000B4BD8" w14:paraId="1DE62005" w14:textId="77777777">
        <w:trPr>
          <w:cantSplit/>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2C1E21A" w14:textId="77777777" w:rsidR="00007408" w:rsidRPr="000B4BD8" w:rsidRDefault="004B5BD4">
            <w:r w:rsidRPr="000B4BD8">
              <w:rPr>
                <w:b/>
              </w:rPr>
              <w:t>Nr</w:t>
            </w:r>
          </w:p>
        </w:tc>
        <w:tc>
          <w:tcPr>
            <w:tcW w:w="419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30BDE74" w14:textId="77777777" w:rsidR="00007408" w:rsidRPr="000B4BD8" w:rsidRDefault="004B5BD4">
            <w:pPr>
              <w:spacing w:before="40" w:after="40" w:line="252" w:lineRule="auto"/>
            </w:pPr>
            <w:r w:rsidRPr="000B4BD8">
              <w:rPr>
                <w:b/>
              </w:rPr>
              <w:t>Imię i nazwisko trenera</w:t>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961EE46" w14:textId="343164C3" w:rsidR="00007408" w:rsidRPr="000B4BD8" w:rsidRDefault="004B5BD4">
            <w:pPr>
              <w:spacing w:before="40" w:after="40" w:line="252" w:lineRule="auto"/>
            </w:pPr>
            <w:r w:rsidRPr="000B4BD8">
              <w:rPr>
                <w:b/>
              </w:rPr>
              <w:t xml:space="preserve">Obszary </w:t>
            </w:r>
            <w:r w:rsidR="002F35B5">
              <w:rPr>
                <w:b/>
              </w:rPr>
              <w:t xml:space="preserve">usług edukacyjnych </w:t>
            </w:r>
            <w:r w:rsidRPr="000B4BD8">
              <w:rPr>
                <w:b/>
              </w:rPr>
              <w:t>A–D</w:t>
            </w:r>
            <w:r w:rsidRPr="000B4BD8">
              <w:rPr>
                <w:b/>
              </w:rPr>
              <w:br/>
            </w:r>
          </w:p>
        </w:tc>
        <w:tc>
          <w:tcPr>
            <w:tcW w:w="255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CFE96A6" w14:textId="77777777" w:rsidR="00007408" w:rsidRPr="000B4BD8" w:rsidRDefault="004B5BD4">
            <w:pPr>
              <w:spacing w:before="40" w:after="40" w:line="252" w:lineRule="auto"/>
            </w:pPr>
            <w:r w:rsidRPr="000B4BD8">
              <w:rPr>
                <w:b/>
              </w:rPr>
              <w:t>Nr karty trenera</w:t>
            </w:r>
          </w:p>
        </w:tc>
      </w:tr>
      <w:tr w:rsidR="00007408" w:rsidRPr="000B4BD8" w14:paraId="1A3EF36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71EC2" w14:textId="77777777" w:rsidR="00007408" w:rsidRPr="000B4BD8" w:rsidRDefault="004B5BD4">
            <w:pPr>
              <w:spacing w:before="40" w:after="40" w:line="252" w:lineRule="auto"/>
            </w:pPr>
            <w:r w:rsidRPr="000B4BD8">
              <w:t>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13C22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0B5B0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2B02316" w14:textId="77777777" w:rsidR="00007408" w:rsidRPr="000B4BD8" w:rsidRDefault="00007408">
            <w:pPr>
              <w:spacing w:before="40" w:after="40" w:line="252" w:lineRule="auto"/>
            </w:pPr>
          </w:p>
        </w:tc>
      </w:tr>
      <w:tr w:rsidR="00007408" w:rsidRPr="000B4BD8" w14:paraId="7E4D30A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0BE21F" w14:textId="77777777" w:rsidR="00007408" w:rsidRPr="000B4BD8" w:rsidRDefault="004B5BD4">
            <w:pPr>
              <w:spacing w:before="40" w:after="40" w:line="252" w:lineRule="auto"/>
            </w:pPr>
            <w:r w:rsidRPr="000B4BD8">
              <w:t>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EEB233"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3740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C3457B" w14:textId="77777777" w:rsidR="00007408" w:rsidRPr="000B4BD8" w:rsidRDefault="00007408">
            <w:pPr>
              <w:spacing w:before="40" w:after="40" w:line="252" w:lineRule="auto"/>
            </w:pPr>
          </w:p>
        </w:tc>
      </w:tr>
      <w:tr w:rsidR="00007408" w:rsidRPr="000B4BD8" w14:paraId="47A88824"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51A1D5" w14:textId="77777777" w:rsidR="00007408" w:rsidRPr="000B4BD8" w:rsidRDefault="004B5BD4">
            <w:pPr>
              <w:spacing w:before="40" w:after="40" w:line="252" w:lineRule="auto"/>
            </w:pPr>
            <w:r w:rsidRPr="000B4BD8">
              <w:t>3</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BA56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9ECCA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1E18C2" w14:textId="77777777" w:rsidR="00007408" w:rsidRPr="000B4BD8" w:rsidRDefault="00007408">
            <w:pPr>
              <w:spacing w:before="40" w:after="40" w:line="252" w:lineRule="auto"/>
            </w:pPr>
          </w:p>
        </w:tc>
      </w:tr>
      <w:tr w:rsidR="00007408" w:rsidRPr="000B4BD8" w14:paraId="77034B2B"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7BB9BA" w14:textId="77777777" w:rsidR="00007408" w:rsidRPr="000B4BD8" w:rsidRDefault="004B5BD4">
            <w:pPr>
              <w:spacing w:before="40" w:after="40" w:line="252" w:lineRule="auto"/>
            </w:pPr>
            <w:r w:rsidRPr="000B4BD8">
              <w:t>4</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90D695"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ECF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82B917" w14:textId="77777777" w:rsidR="00007408" w:rsidRPr="000B4BD8" w:rsidRDefault="00007408">
            <w:pPr>
              <w:spacing w:before="40" w:after="40" w:line="252" w:lineRule="auto"/>
            </w:pPr>
          </w:p>
        </w:tc>
      </w:tr>
      <w:tr w:rsidR="00007408" w:rsidRPr="000B4BD8" w14:paraId="3BC12907"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467AA14" w14:textId="77777777" w:rsidR="00007408" w:rsidRPr="000B4BD8" w:rsidRDefault="004B5BD4">
            <w:pPr>
              <w:spacing w:before="40" w:after="40" w:line="252" w:lineRule="auto"/>
            </w:pPr>
            <w:r w:rsidRPr="000B4BD8">
              <w:t>5</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F4AC0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78CF4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B3BF5C" w14:textId="77777777" w:rsidR="00007408" w:rsidRPr="000B4BD8" w:rsidRDefault="00007408">
            <w:pPr>
              <w:spacing w:before="40" w:after="40" w:line="252" w:lineRule="auto"/>
            </w:pPr>
          </w:p>
        </w:tc>
      </w:tr>
      <w:tr w:rsidR="00007408" w:rsidRPr="000B4BD8" w14:paraId="5BD1A383"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4FCE00" w14:textId="77777777" w:rsidR="00007408" w:rsidRPr="000B4BD8" w:rsidRDefault="004B5BD4">
            <w:pPr>
              <w:spacing w:before="40" w:after="40" w:line="252" w:lineRule="auto"/>
            </w:pPr>
            <w:r w:rsidRPr="000B4BD8">
              <w:t>6</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EDBC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61111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D89B7B" w14:textId="77777777" w:rsidR="00007408" w:rsidRPr="000B4BD8" w:rsidRDefault="00007408">
            <w:pPr>
              <w:spacing w:before="40" w:after="40" w:line="252" w:lineRule="auto"/>
            </w:pPr>
          </w:p>
        </w:tc>
      </w:tr>
      <w:tr w:rsidR="00007408" w:rsidRPr="000B4BD8" w14:paraId="0CA9751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7AACAA" w14:textId="77777777" w:rsidR="00007408" w:rsidRPr="000B4BD8" w:rsidRDefault="004B5BD4">
            <w:pPr>
              <w:spacing w:before="40" w:after="40" w:line="252" w:lineRule="auto"/>
            </w:pPr>
            <w:r w:rsidRPr="000B4BD8">
              <w:t>7</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3EA197"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CA01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AE8822" w14:textId="77777777" w:rsidR="00007408" w:rsidRPr="000B4BD8" w:rsidRDefault="00007408">
            <w:pPr>
              <w:spacing w:before="40" w:after="40" w:line="252" w:lineRule="auto"/>
            </w:pPr>
          </w:p>
        </w:tc>
      </w:tr>
      <w:tr w:rsidR="00007408" w:rsidRPr="000B4BD8" w14:paraId="3A1643C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FDCD0B" w14:textId="77777777" w:rsidR="00007408" w:rsidRPr="000B4BD8" w:rsidRDefault="004B5BD4">
            <w:pPr>
              <w:spacing w:before="40" w:after="40" w:line="252" w:lineRule="auto"/>
            </w:pPr>
            <w:r w:rsidRPr="000B4BD8">
              <w:t>8</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0091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59BF5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0EAD2B" w14:textId="77777777" w:rsidR="00007408" w:rsidRPr="000B4BD8" w:rsidRDefault="00007408">
            <w:pPr>
              <w:spacing w:before="40" w:after="40" w:line="252" w:lineRule="auto"/>
            </w:pPr>
          </w:p>
        </w:tc>
      </w:tr>
      <w:tr w:rsidR="00007408" w:rsidRPr="000B4BD8" w14:paraId="5F42156F"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331E7C" w14:textId="77777777" w:rsidR="00007408" w:rsidRPr="000B4BD8" w:rsidRDefault="004B5BD4">
            <w:pPr>
              <w:spacing w:before="40" w:after="40" w:line="252" w:lineRule="auto"/>
            </w:pPr>
            <w:r w:rsidRPr="000B4BD8">
              <w:t>9</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2531D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F516AA"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734C47" w14:textId="77777777" w:rsidR="00007408" w:rsidRPr="000B4BD8" w:rsidRDefault="00007408">
            <w:pPr>
              <w:spacing w:before="40" w:after="40" w:line="252" w:lineRule="auto"/>
            </w:pPr>
          </w:p>
        </w:tc>
      </w:tr>
      <w:tr w:rsidR="00007408" w:rsidRPr="000B4BD8" w14:paraId="501E0538"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53D34C5" w14:textId="77777777" w:rsidR="00007408" w:rsidRPr="000B4BD8" w:rsidRDefault="004B5BD4">
            <w:pPr>
              <w:spacing w:before="40" w:after="40" w:line="252" w:lineRule="auto"/>
            </w:pPr>
            <w:r w:rsidRPr="000B4BD8">
              <w:t>10</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1E1D32"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52C069"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AC4D4B" w14:textId="77777777" w:rsidR="00007408" w:rsidRPr="000B4BD8" w:rsidRDefault="00007408">
            <w:pPr>
              <w:spacing w:before="40" w:after="40" w:line="252" w:lineRule="auto"/>
            </w:pPr>
          </w:p>
        </w:tc>
      </w:tr>
      <w:tr w:rsidR="00007408" w:rsidRPr="000B4BD8" w14:paraId="20091BF1"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ABB206B" w14:textId="77777777" w:rsidR="00007408" w:rsidRPr="000B4BD8" w:rsidRDefault="004B5BD4">
            <w:pPr>
              <w:spacing w:before="40" w:after="40" w:line="252" w:lineRule="auto"/>
            </w:pPr>
            <w:r w:rsidRPr="000B4BD8">
              <w:t>11</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D77200"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3D4EA1"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FE4E27" w14:textId="77777777" w:rsidR="00007408" w:rsidRPr="000B4BD8" w:rsidRDefault="00007408">
            <w:pPr>
              <w:spacing w:before="40" w:after="40" w:line="252" w:lineRule="auto"/>
            </w:pPr>
          </w:p>
        </w:tc>
      </w:tr>
      <w:tr w:rsidR="00007408" w:rsidRPr="000B4BD8" w14:paraId="5BD83356" w14:textId="77777777">
        <w:trPr>
          <w:cantSplit/>
          <w:jc w:val="center"/>
        </w:trPr>
        <w:tc>
          <w:tcPr>
            <w:tcW w:w="56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81A413" w14:textId="77777777" w:rsidR="00007408" w:rsidRPr="000B4BD8" w:rsidRDefault="004B5BD4">
            <w:pPr>
              <w:spacing w:before="40" w:after="40" w:line="252" w:lineRule="auto"/>
            </w:pPr>
            <w:r w:rsidRPr="000B4BD8">
              <w:t>12</w:t>
            </w:r>
          </w:p>
        </w:tc>
        <w:tc>
          <w:tcPr>
            <w:tcW w:w="419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80373B"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D3B378" w14:textId="77777777" w:rsidR="00007408" w:rsidRPr="000B4BD8" w:rsidRDefault="00007408">
            <w:pPr>
              <w:spacing w:before="40" w:after="40" w:line="252" w:lineRule="auto"/>
            </w:pPr>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98BEB1" w14:textId="77777777" w:rsidR="00007408" w:rsidRPr="000B4BD8" w:rsidRDefault="00007408">
            <w:pPr>
              <w:spacing w:before="40" w:after="40" w:line="252" w:lineRule="auto"/>
            </w:pPr>
          </w:p>
        </w:tc>
      </w:tr>
    </w:tbl>
    <w:p w14:paraId="10365C70" w14:textId="77777777" w:rsidR="00007408" w:rsidRPr="000B4BD8" w:rsidRDefault="004B5BD4">
      <w:pPr>
        <w:spacing w:before="120" w:after="60" w:line="252" w:lineRule="auto"/>
      </w:pPr>
      <w:r w:rsidRPr="000B4BD8">
        <w:rPr>
          <w:rFonts w:eastAsia="Arial"/>
          <w:b/>
        </w:rPr>
        <w:t>Podsumowanie liczby trenerów spełniających wymagania:</w:t>
      </w:r>
    </w:p>
    <w:tbl>
      <w:tblPr>
        <w:tblStyle w:val="Tabela-Siatka"/>
        <w:tblW w:w="0" w:type="auto"/>
        <w:jc w:val="center"/>
        <w:tblLayout w:type="fixed"/>
        <w:tblLook w:val="04A0" w:firstRow="1" w:lastRow="0" w:firstColumn="1" w:lastColumn="0" w:noHBand="0" w:noVBand="1"/>
      </w:tblPr>
      <w:tblGrid>
        <w:gridCol w:w="6236"/>
        <w:gridCol w:w="3628"/>
      </w:tblGrid>
      <w:tr w:rsidR="00007408" w:rsidRPr="000B4BD8" w14:paraId="3DB3132E"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84ECBD" w14:textId="77777777" w:rsidR="00007408" w:rsidRPr="000B4BD8" w:rsidRDefault="004B5BD4">
            <w:pPr>
              <w:spacing w:before="40" w:after="40" w:line="252" w:lineRule="auto"/>
            </w:pPr>
            <w:r w:rsidRPr="000B4BD8">
              <w:rPr>
                <w:rFonts w:eastAsia="Arial"/>
              </w:rPr>
              <w:t>Obszar A</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7ABD0A" w14:textId="77777777" w:rsidR="00007408" w:rsidRPr="000B4BD8" w:rsidRDefault="004B5BD4">
            <w:pPr>
              <w:spacing w:before="40" w:after="40" w:line="252" w:lineRule="auto"/>
            </w:pPr>
            <w:r w:rsidRPr="000B4BD8">
              <w:rPr>
                <w:rFonts w:eastAsia="Arial"/>
              </w:rPr>
              <w:t>........ osób</w:t>
            </w:r>
          </w:p>
        </w:tc>
      </w:tr>
      <w:tr w:rsidR="00007408" w:rsidRPr="000B4BD8" w14:paraId="79CFAD2D"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F3B0CB" w14:textId="77777777" w:rsidR="00007408" w:rsidRPr="000B4BD8" w:rsidRDefault="004B5BD4">
            <w:pPr>
              <w:spacing w:before="40" w:after="40" w:line="252" w:lineRule="auto"/>
            </w:pPr>
            <w:r w:rsidRPr="000B4BD8">
              <w:rPr>
                <w:rFonts w:eastAsia="Arial"/>
              </w:rPr>
              <w:t>Obszar B</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4D2107F" w14:textId="77777777" w:rsidR="00007408" w:rsidRPr="000B4BD8" w:rsidRDefault="004B5BD4">
            <w:pPr>
              <w:spacing w:before="40" w:after="40" w:line="252" w:lineRule="auto"/>
            </w:pPr>
            <w:r w:rsidRPr="000B4BD8">
              <w:rPr>
                <w:rFonts w:eastAsia="Arial"/>
              </w:rPr>
              <w:t>........ osób</w:t>
            </w:r>
          </w:p>
        </w:tc>
      </w:tr>
      <w:tr w:rsidR="00007408" w:rsidRPr="000B4BD8" w14:paraId="1046B840"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339DC5" w14:textId="77777777" w:rsidR="00007408" w:rsidRPr="000B4BD8" w:rsidRDefault="004B5BD4">
            <w:pPr>
              <w:spacing w:before="40" w:after="40" w:line="252" w:lineRule="auto"/>
            </w:pPr>
            <w:r w:rsidRPr="000B4BD8">
              <w:rPr>
                <w:rFonts w:eastAsia="Arial"/>
              </w:rPr>
              <w:t>Obszar C</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8634F" w14:textId="77777777" w:rsidR="00007408" w:rsidRPr="000B4BD8" w:rsidRDefault="004B5BD4">
            <w:pPr>
              <w:spacing w:before="40" w:after="40" w:line="252" w:lineRule="auto"/>
            </w:pPr>
            <w:r w:rsidRPr="000B4BD8">
              <w:rPr>
                <w:rFonts w:eastAsia="Arial"/>
              </w:rPr>
              <w:t>........ osób</w:t>
            </w:r>
          </w:p>
        </w:tc>
      </w:tr>
      <w:tr w:rsidR="00007408" w:rsidRPr="000B4BD8" w14:paraId="48AA2E83"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172DF8" w14:textId="77777777" w:rsidR="00007408" w:rsidRPr="000B4BD8" w:rsidRDefault="004B5BD4">
            <w:pPr>
              <w:spacing w:before="40" w:after="40" w:line="252" w:lineRule="auto"/>
            </w:pPr>
            <w:r w:rsidRPr="000B4BD8">
              <w:rPr>
                <w:rFonts w:eastAsia="Arial"/>
              </w:rPr>
              <w:t>Obszar D</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4B37D9" w14:textId="77777777" w:rsidR="00007408" w:rsidRPr="000B4BD8" w:rsidRDefault="004B5BD4">
            <w:pPr>
              <w:spacing w:before="40" w:after="40" w:line="252" w:lineRule="auto"/>
            </w:pPr>
            <w:r w:rsidRPr="000B4BD8">
              <w:rPr>
                <w:rFonts w:eastAsia="Arial"/>
              </w:rPr>
              <w:t>........ osób</w:t>
            </w:r>
          </w:p>
        </w:tc>
      </w:tr>
      <w:tr w:rsidR="00007408" w:rsidRPr="000B4BD8" w14:paraId="649EE72A"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3C737A6" w14:textId="77777777" w:rsidR="00007408" w:rsidRPr="000B4BD8" w:rsidRDefault="004B5BD4">
            <w:pPr>
              <w:spacing w:before="40" w:after="40" w:line="252" w:lineRule="auto"/>
            </w:pPr>
            <w:r w:rsidRPr="000B4BD8">
              <w:rPr>
                <w:rFonts w:eastAsia="Arial"/>
              </w:rPr>
              <w:t>Łączna liczba unikalnych trenerów</w:t>
            </w:r>
          </w:p>
        </w:tc>
        <w:tc>
          <w:tcPr>
            <w:tcW w:w="362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AEAFE6" w14:textId="77777777" w:rsidR="00007408" w:rsidRPr="000B4BD8" w:rsidRDefault="004B5BD4">
            <w:pPr>
              <w:spacing w:before="40" w:after="40" w:line="252" w:lineRule="auto"/>
            </w:pPr>
            <w:r w:rsidRPr="000B4BD8">
              <w:rPr>
                <w:rFonts w:eastAsia="Arial"/>
              </w:rPr>
              <w:t>........ osób</w:t>
            </w:r>
          </w:p>
        </w:tc>
      </w:tr>
    </w:tbl>
    <w:p w14:paraId="3F172394" w14:textId="11A49C3A" w:rsidR="00007408" w:rsidRPr="000B4BD8" w:rsidRDefault="004B5BD4">
      <w:pPr>
        <w:spacing w:before="100" w:line="252" w:lineRule="auto"/>
      </w:pPr>
      <w:r w:rsidRPr="000B4BD8">
        <w:t xml:space="preserve">Punkty w kryterium (0, 30 albo 60 pkt) przyznaje się jednokrotnie dla całej oferty zgodnie z pkt </w:t>
      </w:r>
      <w:r w:rsidR="00994E8F">
        <w:t>43</w:t>
      </w:r>
      <w:r w:rsidRPr="000B4BD8">
        <w:t xml:space="preserve"> Regulaminu. Punkty za obszary nie podlegają sumowaniu. Przyznanie 0 pkt nie eliminuje oferty z dalszej oceny, pod warunkiem spełnienia warunków udziału. Dla obszarów nieobjętych ofertą w podsumowaniu należy wpisać „nie dotyczy”. </w:t>
      </w:r>
    </w:p>
    <w:p w14:paraId="75BCBF20" w14:textId="77777777" w:rsidR="00007408" w:rsidRPr="000B4BD8" w:rsidRDefault="004B5BD4">
      <w:pPr>
        <w:pStyle w:val="Nagwek2"/>
        <w:pageBreakBefore/>
        <w:spacing w:line="252" w:lineRule="auto"/>
        <w:rPr>
          <w:rFonts w:ascii="Arial" w:hAnsi="Arial"/>
        </w:rPr>
      </w:pPr>
      <w:r w:rsidRPr="000B4BD8">
        <w:rPr>
          <w:rFonts w:ascii="Arial" w:hAnsi="Arial"/>
        </w:rPr>
        <w:lastRenderedPageBreak/>
        <w:t>Karta trenera do powielenia</w:t>
      </w:r>
    </w:p>
    <w:p w14:paraId="6877E6A6" w14:textId="468269D8" w:rsidR="0090253D" w:rsidRPr="000B4BD8" w:rsidRDefault="0090253D" w:rsidP="0090253D"/>
    <w:tbl>
      <w:tblPr>
        <w:tblW w:w="9865" w:type="dxa"/>
        <w:jc w:val="center"/>
        <w:tblLayout w:type="fixed"/>
        <w:tblLook w:val="04A0" w:firstRow="1" w:lastRow="0" w:firstColumn="1" w:lastColumn="0" w:noHBand="0" w:noVBand="1"/>
      </w:tblPr>
      <w:tblGrid>
        <w:gridCol w:w="3402"/>
        <w:gridCol w:w="6463"/>
      </w:tblGrid>
      <w:tr w:rsidR="00007408" w:rsidRPr="000B4BD8" w14:paraId="0CA01DEC"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4FD3113" w14:textId="77777777" w:rsidR="00007408" w:rsidRPr="000B4BD8" w:rsidRDefault="004B5BD4">
            <w:pPr>
              <w:spacing w:before="40" w:after="40" w:line="252" w:lineRule="auto"/>
            </w:pPr>
            <w:r w:rsidRPr="000B4BD8">
              <w:t>Numer karty i imię i nazwisko trenera</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5088E2" w14:textId="77777777" w:rsidR="00007408" w:rsidRPr="000B4BD8" w:rsidRDefault="004B5BD4">
            <w:pPr>
              <w:spacing w:before="40" w:after="40" w:line="252" w:lineRule="auto"/>
            </w:pPr>
            <w:r w:rsidRPr="000B4BD8">
              <w:br/>
            </w:r>
          </w:p>
        </w:tc>
      </w:tr>
      <w:tr w:rsidR="00007408" w:rsidRPr="000B4BD8" w14:paraId="74D8ADFB"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A895B6" w14:textId="09F8703B" w:rsidR="00007408" w:rsidRPr="000B4BD8" w:rsidRDefault="004B5BD4">
            <w:pPr>
              <w:spacing w:before="40" w:after="40" w:line="252" w:lineRule="auto"/>
            </w:pPr>
            <w:r w:rsidRPr="000B4BD8">
              <w:t xml:space="preserve">Obszar lub obszary A–D </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84630C" w14:textId="77777777" w:rsidR="00007408" w:rsidRPr="000B4BD8" w:rsidRDefault="004B5BD4">
            <w:pPr>
              <w:spacing w:before="40" w:after="40" w:line="252" w:lineRule="auto"/>
            </w:pPr>
            <w:r w:rsidRPr="000B4BD8">
              <w:br/>
            </w:r>
          </w:p>
        </w:tc>
      </w:tr>
      <w:tr w:rsidR="00007408" w:rsidRPr="000B4BD8" w14:paraId="310D12C2"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97623B" w14:textId="77777777" w:rsidR="00007408" w:rsidRPr="000B4BD8" w:rsidRDefault="004B5BD4">
            <w:pPr>
              <w:spacing w:before="40" w:after="40" w:line="252" w:lineRule="auto"/>
            </w:pPr>
            <w:r w:rsidRPr="000B4BD8">
              <w:t>Kwalifikacje i doświadczenie zawodowe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A04893" w14:textId="77777777" w:rsidR="00007408" w:rsidRPr="000B4BD8" w:rsidRDefault="004B5BD4">
            <w:pPr>
              <w:spacing w:before="40" w:after="40" w:line="252" w:lineRule="auto"/>
            </w:pPr>
            <w:r w:rsidRPr="000B4BD8">
              <w:t>Dla każdego przypisanego obszaru opisać spełnienie wymagań załącznika nr 3 do Regulaminu, w tym okresy doświadczenia.</w:t>
            </w:r>
            <w:r w:rsidRPr="000B4BD8">
              <w:br/>
            </w:r>
            <w:r w:rsidRPr="000B4BD8">
              <w:br/>
            </w:r>
          </w:p>
        </w:tc>
      </w:tr>
      <w:tr w:rsidR="00007408" w:rsidRPr="000B4BD8" w14:paraId="239CA391"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9570C5" w14:textId="77777777" w:rsidR="00007408" w:rsidRPr="000B4BD8" w:rsidRDefault="004B5BD4">
            <w:pPr>
              <w:spacing w:before="40" w:after="40" w:line="252" w:lineRule="auto"/>
            </w:pPr>
            <w:r w:rsidRPr="000B4BD8">
              <w:t>Doświadczenie dydaktyczne</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141CAB" w14:textId="77777777" w:rsidR="00007408" w:rsidRPr="000B4BD8" w:rsidRDefault="004B5BD4">
            <w:pPr>
              <w:spacing w:before="40" w:after="40" w:line="252" w:lineRule="auto"/>
            </w:pPr>
            <w:r w:rsidRPr="000B4BD8">
              <w:t>Wskazać tematykę i okresy prowadzenia szkoleń oraz wymagane kompetencje pedagogiczne.</w:t>
            </w:r>
            <w:r w:rsidRPr="000B4BD8">
              <w:br/>
            </w:r>
            <w:r w:rsidRPr="000B4BD8">
              <w:br/>
            </w:r>
          </w:p>
        </w:tc>
      </w:tr>
      <w:tr w:rsidR="00007408" w:rsidRPr="000B4BD8" w14:paraId="521CA2EA"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B3BA42D" w14:textId="77777777" w:rsidR="00007408" w:rsidRPr="000B4BD8" w:rsidRDefault="004B5BD4">
            <w:pPr>
              <w:spacing w:before="40" w:after="40" w:line="252" w:lineRule="auto"/>
            </w:pPr>
            <w:r w:rsidRPr="000B4BD8">
              <w:t>Niekaralność – jeżeli wymagana dla danego obszaru</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A163C85" w14:textId="11C4A929" w:rsidR="00007408" w:rsidRPr="000B4BD8" w:rsidRDefault="004B5BD4">
            <w:pPr>
              <w:spacing w:before="40" w:after="40" w:line="252" w:lineRule="auto"/>
            </w:pPr>
            <w:r w:rsidRPr="000B4BD8">
              <w:t>Sposób potwierdzenia i dokument:</w:t>
            </w:r>
            <w:r w:rsidR="00976AC3">
              <w:t xml:space="preserve"> </w:t>
            </w:r>
          </w:p>
        </w:tc>
      </w:tr>
      <w:tr w:rsidR="00007408" w:rsidRPr="000B4BD8" w14:paraId="4B2D1853"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A2DABA" w14:textId="77777777" w:rsidR="00007408" w:rsidRPr="000B4BD8" w:rsidRDefault="004B5BD4">
            <w:pPr>
              <w:spacing w:before="40" w:after="40" w:line="252" w:lineRule="auto"/>
            </w:pPr>
            <w:r w:rsidRPr="000B4BD8">
              <w:t>Podstawa dysponowania trenerem</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ADE4BE" w14:textId="77777777" w:rsidR="00007408" w:rsidRPr="000B4BD8" w:rsidRDefault="004B5BD4">
            <w:pPr>
              <w:spacing w:before="40" w:after="40" w:line="252" w:lineRule="auto"/>
            </w:pPr>
            <w:r w:rsidRPr="000B4BD8">
              <w:t>☐ stosunek pracy</w:t>
            </w:r>
            <w:r w:rsidRPr="000B4BD8">
              <w:br/>
              <w:t>☐ stosunek cywilnoprawny</w:t>
            </w:r>
            <w:r w:rsidRPr="000B4BD8">
              <w:br/>
              <w:t>Dokument i okres obowiązywania:</w:t>
            </w:r>
          </w:p>
        </w:tc>
      </w:tr>
      <w:tr w:rsidR="00007408" w:rsidRPr="000B4BD8" w14:paraId="16767985" w14:textId="77777777" w:rsidTr="00976AC3">
        <w:trPr>
          <w:cantSplit/>
          <w:jc w:val="center"/>
        </w:trPr>
        <w:tc>
          <w:tcPr>
            <w:tcW w:w="3402"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10BEB1" w14:textId="77777777" w:rsidR="00007408" w:rsidRPr="000B4BD8" w:rsidRDefault="004B5BD4">
            <w:pPr>
              <w:spacing w:before="40" w:after="40" w:line="252" w:lineRule="auto"/>
            </w:pPr>
            <w:r w:rsidRPr="000B4BD8">
              <w:t>Dokumenty potwierdzające wymagania i dostępność</w:t>
            </w:r>
          </w:p>
        </w:tc>
        <w:tc>
          <w:tcPr>
            <w:tcW w:w="6463"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704792" w14:textId="77777777" w:rsidR="00007408" w:rsidRPr="000B4BD8" w:rsidRDefault="004B5BD4">
            <w:pPr>
              <w:spacing w:before="40" w:after="40" w:line="252" w:lineRule="auto"/>
            </w:pPr>
            <w:r w:rsidRPr="000B4BD8">
              <w:t>Nazwa lub numer załącznika oraz wskazanie potwierdzanego wymagania:</w:t>
            </w:r>
            <w:r w:rsidRPr="000B4BD8">
              <w:br/>
            </w:r>
            <w:r w:rsidRPr="000B4BD8">
              <w:br/>
            </w:r>
          </w:p>
        </w:tc>
      </w:tr>
    </w:tbl>
    <w:p w14:paraId="5A208FBF" w14:textId="365F600B" w:rsidR="00007408" w:rsidRPr="000B4BD8" w:rsidRDefault="004B5BD4">
      <w:pPr>
        <w:spacing w:line="252" w:lineRule="auto"/>
      </w:pPr>
      <w:r w:rsidRPr="000B4BD8">
        <w:t>Kartę należy sporządzić dla każdej osoby z wykazu. Dokumentów złożonych na potwierdzenie warunków udziału nie trzeba składać ponownie – wystarczy wskazać ich nazwę lub numer.</w:t>
      </w:r>
      <w:r w:rsidR="0090253D" w:rsidRPr="000B4BD8">
        <w:t xml:space="preserve"> Karty doświadczenia i trenerów należy powielać w potrzebnej liczbie.</w:t>
      </w:r>
    </w:p>
    <w:p w14:paraId="2E378793" w14:textId="77777777" w:rsidR="00007408" w:rsidRPr="000B4BD8" w:rsidRDefault="004B5BD4">
      <w:pPr>
        <w:pStyle w:val="Nagwek1"/>
        <w:pageBreakBefore/>
        <w:spacing w:line="252" w:lineRule="auto"/>
      </w:pPr>
      <w:r w:rsidRPr="000B4BD8">
        <w:rPr>
          <w:rFonts w:ascii="Arial" w:eastAsia="Arial" w:hAnsi="Arial"/>
        </w:rPr>
        <w:lastRenderedPageBreak/>
        <w:t>VI. POTENCJAŁ PARTNERA I WKŁAD DO PROJEKTU</w:t>
      </w:r>
    </w:p>
    <w:p w14:paraId="2358EF8A" w14:textId="2A679CBD" w:rsidR="00007408" w:rsidRPr="000B4BD8" w:rsidRDefault="004B5BD4">
      <w:pPr>
        <w:spacing w:line="252" w:lineRule="auto"/>
      </w:pPr>
      <w:r w:rsidRPr="000B4BD8">
        <w:t>Oświadczam, że działalność Oferenta jest zgodna z zakresem projektu i celami partnerstwa. Opis potwierdzający tę zgodność (pkt 4</w:t>
      </w:r>
      <w:r w:rsidR="00F2794D">
        <w:t>4</w:t>
      </w:r>
      <w:r w:rsidRPr="000B4BD8">
        <w:t xml:space="preserve"> lit. f Regulaminu):</w:t>
      </w:r>
      <w:r w:rsidRPr="000B4BD8">
        <w:br/>
        <w:t>................................................................................................................</w:t>
      </w:r>
      <w:r w:rsidRPr="000B4BD8">
        <w:br/>
        <w:t>................................................................................................................</w:t>
      </w:r>
    </w:p>
    <w:p w14:paraId="25EA5282" w14:textId="77777777" w:rsidR="00007408" w:rsidRPr="000B4BD8" w:rsidRDefault="004B5BD4">
      <w:pPr>
        <w:pStyle w:val="Nagwek2"/>
        <w:spacing w:line="252" w:lineRule="auto"/>
      </w:pPr>
      <w:r w:rsidRPr="000B4BD8">
        <w:rPr>
          <w:rFonts w:ascii="Arial" w:eastAsia="Arial" w:hAnsi="Arial"/>
        </w:rPr>
        <w:t>VI.1. Zasoby ludzkie i personel do obsługi projektu</w:t>
      </w:r>
    </w:p>
    <w:p w14:paraId="296C02BF" w14:textId="77777777" w:rsidR="00007408" w:rsidRPr="000B4BD8" w:rsidRDefault="004B5BD4">
      <w:pPr>
        <w:spacing w:after="80" w:line="252" w:lineRule="auto"/>
      </w:pPr>
      <w:r w:rsidRPr="000B4BD8">
        <w:rPr>
          <w:rFonts w:eastAsia="Arial"/>
        </w:rPr>
        <w:t>Należy wskazać kluczowe osoby przewidziane do obsługi i zarządzania częścią projektu Partnera oraz ich planowane funkcje. W przypadku osób stanowiących potencjał kadrowy Partnera należy uwzględnić wymóg zatrudnienia na umowę o pracę przed złożeniem wniosku o dofinansowanie.</w:t>
      </w:r>
    </w:p>
    <w:tbl>
      <w:tblPr>
        <w:tblStyle w:val="Tabela-Siatka"/>
        <w:tblW w:w="0" w:type="auto"/>
        <w:jc w:val="center"/>
        <w:tblLayout w:type="fixed"/>
        <w:tblLook w:val="04A0" w:firstRow="1" w:lastRow="0" w:firstColumn="1" w:lastColumn="0" w:noHBand="0" w:noVBand="1"/>
      </w:tblPr>
      <w:tblGrid>
        <w:gridCol w:w="454"/>
        <w:gridCol w:w="2041"/>
        <w:gridCol w:w="2324"/>
        <w:gridCol w:w="2891"/>
        <w:gridCol w:w="2154"/>
      </w:tblGrid>
      <w:tr w:rsidR="00007408" w:rsidRPr="000B4BD8" w14:paraId="03D12686" w14:textId="77777777">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FB211BC" w14:textId="77777777" w:rsidR="00007408" w:rsidRPr="000B4BD8" w:rsidRDefault="004B5BD4">
            <w:r w:rsidRPr="000B4BD8">
              <w:rPr>
                <w:b/>
              </w:rPr>
              <w:t>Nr</w:t>
            </w:r>
          </w:p>
        </w:tc>
        <w:tc>
          <w:tcPr>
            <w:tcW w:w="204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5D5F238D" w14:textId="77777777" w:rsidR="00007408" w:rsidRPr="000B4BD8" w:rsidRDefault="004B5BD4">
            <w:pPr>
              <w:spacing w:before="40" w:after="40" w:line="252" w:lineRule="auto"/>
              <w:jc w:val="center"/>
            </w:pPr>
            <w:r w:rsidRPr="000B4BD8">
              <w:rPr>
                <w:rFonts w:eastAsia="Arial"/>
                <w:b/>
              </w:rPr>
              <w:t>Imię i nazwisko</w:t>
            </w:r>
          </w:p>
        </w:tc>
        <w:tc>
          <w:tcPr>
            <w:tcW w:w="232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5E3B24A" w14:textId="77777777" w:rsidR="00007408" w:rsidRPr="000B4BD8" w:rsidRDefault="004B5BD4">
            <w:pPr>
              <w:spacing w:before="40" w:after="40" w:line="252" w:lineRule="auto"/>
              <w:jc w:val="center"/>
            </w:pPr>
            <w:r w:rsidRPr="000B4BD8">
              <w:rPr>
                <w:rFonts w:eastAsia="Arial"/>
                <w:b/>
              </w:rPr>
              <w:t>Stanowisko / funkcja w organizacji</w:t>
            </w:r>
          </w:p>
        </w:tc>
        <w:tc>
          <w:tcPr>
            <w:tcW w:w="289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B3B8119" w14:textId="77777777" w:rsidR="00007408" w:rsidRPr="000B4BD8" w:rsidRDefault="004B5BD4">
            <w:pPr>
              <w:spacing w:before="40" w:after="40" w:line="252" w:lineRule="auto"/>
              <w:jc w:val="center"/>
            </w:pPr>
            <w:r w:rsidRPr="000B4BD8">
              <w:rPr>
                <w:rFonts w:eastAsia="Arial"/>
                <w:b/>
              </w:rPr>
              <w:t>Planowana funkcja i zadania w projekcie</w:t>
            </w:r>
          </w:p>
        </w:tc>
        <w:tc>
          <w:tcPr>
            <w:tcW w:w="21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24D4691C" w14:textId="77777777" w:rsidR="00007408" w:rsidRPr="000B4BD8" w:rsidRDefault="004B5BD4">
            <w:pPr>
              <w:spacing w:before="40" w:after="40" w:line="252" w:lineRule="auto"/>
              <w:jc w:val="center"/>
            </w:pPr>
            <w:r w:rsidRPr="000B4BD8">
              <w:rPr>
                <w:rFonts w:eastAsia="Arial"/>
                <w:b/>
              </w:rPr>
              <w:t>Podstawa zatrudnienia / dysponowania</w:t>
            </w:r>
          </w:p>
        </w:tc>
      </w:tr>
      <w:tr w:rsidR="00007408" w:rsidRPr="000B4BD8" w14:paraId="0E492BEB"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BFA3DF" w14:textId="77777777" w:rsidR="00007408" w:rsidRPr="000B4BD8" w:rsidRDefault="004B5BD4">
            <w:pPr>
              <w:spacing w:before="40" w:after="40" w:line="252" w:lineRule="auto"/>
            </w:pPr>
            <w:r w:rsidRPr="000B4BD8">
              <w:rPr>
                <w:rFonts w:eastAsia="Arial"/>
              </w:rPr>
              <w:t>1</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FE568A"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4AAC4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BFBF7D"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21F1E2" w14:textId="77777777" w:rsidR="00007408" w:rsidRPr="000B4BD8" w:rsidRDefault="00007408">
            <w:pPr>
              <w:spacing w:before="40" w:after="40" w:line="252" w:lineRule="auto"/>
            </w:pPr>
          </w:p>
        </w:tc>
      </w:tr>
      <w:tr w:rsidR="00007408" w:rsidRPr="000B4BD8" w14:paraId="236ECE7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268E6C" w14:textId="77777777" w:rsidR="00007408" w:rsidRPr="000B4BD8" w:rsidRDefault="004B5BD4">
            <w:pPr>
              <w:spacing w:before="40" w:after="40" w:line="252" w:lineRule="auto"/>
            </w:pPr>
            <w:r w:rsidRPr="000B4BD8">
              <w:rPr>
                <w:rFonts w:eastAsia="Arial"/>
              </w:rPr>
              <w:t>2</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327F1D"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4374BC"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E20F62"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775208F" w14:textId="77777777" w:rsidR="00007408" w:rsidRPr="000B4BD8" w:rsidRDefault="00007408">
            <w:pPr>
              <w:spacing w:before="40" w:after="40" w:line="252" w:lineRule="auto"/>
            </w:pPr>
          </w:p>
        </w:tc>
      </w:tr>
      <w:tr w:rsidR="00007408" w:rsidRPr="000B4BD8" w14:paraId="23D466F8"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CF36DC4" w14:textId="77777777" w:rsidR="00007408" w:rsidRPr="000B4BD8" w:rsidRDefault="004B5BD4">
            <w:pPr>
              <w:spacing w:before="40" w:after="40" w:line="252" w:lineRule="auto"/>
            </w:pPr>
            <w:r w:rsidRPr="000B4BD8">
              <w:rPr>
                <w:rFonts w:eastAsia="Arial"/>
              </w:rPr>
              <w:t>3</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1C6DD6E"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29AE1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B0855C3"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9CEF687" w14:textId="77777777" w:rsidR="00007408" w:rsidRPr="000B4BD8" w:rsidRDefault="00007408">
            <w:pPr>
              <w:spacing w:before="40" w:after="40" w:line="252" w:lineRule="auto"/>
            </w:pPr>
          </w:p>
        </w:tc>
      </w:tr>
      <w:tr w:rsidR="00007408" w:rsidRPr="000B4BD8" w14:paraId="0CB6F1A7"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7F0E57" w14:textId="77777777" w:rsidR="00007408" w:rsidRPr="000B4BD8" w:rsidRDefault="004B5BD4">
            <w:pPr>
              <w:spacing w:before="40" w:after="40" w:line="252" w:lineRule="auto"/>
            </w:pPr>
            <w:r w:rsidRPr="000B4BD8">
              <w:rPr>
                <w:rFonts w:eastAsia="Arial"/>
              </w:rPr>
              <w:t>4</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55D5B3"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F439C6"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59439C"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D8399FB" w14:textId="77777777" w:rsidR="00007408" w:rsidRPr="000B4BD8" w:rsidRDefault="00007408">
            <w:pPr>
              <w:spacing w:before="40" w:after="40" w:line="252" w:lineRule="auto"/>
            </w:pPr>
          </w:p>
        </w:tc>
      </w:tr>
      <w:tr w:rsidR="00007408" w:rsidRPr="000B4BD8" w14:paraId="6E0DDE76" w14:textId="77777777">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61415F" w14:textId="77777777" w:rsidR="00007408" w:rsidRPr="000B4BD8" w:rsidRDefault="004B5BD4">
            <w:pPr>
              <w:spacing w:before="40" w:after="40" w:line="252" w:lineRule="auto"/>
            </w:pPr>
            <w:r w:rsidRPr="000B4BD8">
              <w:rPr>
                <w:rFonts w:eastAsia="Arial"/>
              </w:rPr>
              <w:t>5</w:t>
            </w:r>
          </w:p>
        </w:tc>
        <w:tc>
          <w:tcPr>
            <w:tcW w:w="204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15D212" w14:textId="77777777" w:rsidR="00007408" w:rsidRPr="000B4BD8" w:rsidRDefault="00007408">
            <w:pPr>
              <w:spacing w:before="40" w:after="40" w:line="252" w:lineRule="auto"/>
            </w:pPr>
          </w:p>
        </w:tc>
        <w:tc>
          <w:tcPr>
            <w:tcW w:w="232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28E058" w14:textId="77777777" w:rsidR="00007408" w:rsidRPr="000B4BD8" w:rsidRDefault="00007408">
            <w:pPr>
              <w:spacing w:before="40" w:after="40" w:line="252" w:lineRule="auto"/>
            </w:pPr>
          </w:p>
        </w:tc>
        <w:tc>
          <w:tcPr>
            <w:tcW w:w="289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E3367B6" w14:textId="77777777" w:rsidR="00007408" w:rsidRPr="000B4BD8" w:rsidRDefault="00007408">
            <w:pPr>
              <w:spacing w:before="40" w:after="40" w:line="252" w:lineRule="auto"/>
            </w:pPr>
          </w:p>
        </w:tc>
        <w:tc>
          <w:tcPr>
            <w:tcW w:w="21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E7F7E" w14:textId="77777777" w:rsidR="00007408" w:rsidRPr="000B4BD8" w:rsidRDefault="00007408">
            <w:pPr>
              <w:spacing w:before="40" w:after="40" w:line="252" w:lineRule="auto"/>
            </w:pPr>
          </w:p>
        </w:tc>
      </w:tr>
    </w:tbl>
    <w:p w14:paraId="251C3EF8" w14:textId="77777777" w:rsidR="00007408" w:rsidRPr="000B4BD8" w:rsidRDefault="004B5BD4">
      <w:pPr>
        <w:pStyle w:val="Nagwek2"/>
        <w:spacing w:line="252" w:lineRule="auto"/>
      </w:pPr>
      <w:r w:rsidRPr="000B4BD8">
        <w:rPr>
          <w:rFonts w:ascii="Arial" w:eastAsia="Arial" w:hAnsi="Arial"/>
        </w:rPr>
        <w:t>VI.2. Potencjał organizacyjny, techniczny i infrastrukturalny</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5B168922"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A86B5D" w14:textId="77777777" w:rsidR="00007408" w:rsidRPr="000B4BD8" w:rsidRDefault="004B5BD4">
            <w:pPr>
              <w:spacing w:before="40" w:after="40" w:line="252" w:lineRule="auto"/>
            </w:pPr>
            <w:r w:rsidRPr="000B4BD8">
              <w:rPr>
                <w:rFonts w:eastAsia="Arial"/>
              </w:rPr>
              <w:t>Opis posiadanej lub dostępnej infrastruktury szkoleniowej</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2B9C43" w14:textId="77777777" w:rsidR="00007408" w:rsidRPr="000B4BD8" w:rsidRDefault="004B5BD4">
            <w:r w:rsidRPr="000B4BD8">
              <w:br/>
            </w:r>
          </w:p>
        </w:tc>
      </w:tr>
      <w:tr w:rsidR="00007408" w:rsidRPr="000B4BD8" w14:paraId="0626897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A97D28B" w14:textId="77777777" w:rsidR="00007408" w:rsidRPr="000B4BD8" w:rsidRDefault="004B5BD4">
            <w:pPr>
              <w:spacing w:before="40" w:after="40" w:line="252" w:lineRule="auto"/>
            </w:pPr>
            <w:r w:rsidRPr="000B4BD8">
              <w:rPr>
                <w:rFonts w:eastAsia="Arial"/>
              </w:rPr>
              <w:t>Tytuł prawny / sposób zapewnienia dostępu do lokali i infrastruktury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D74D544" w14:textId="77777777" w:rsidR="00007408" w:rsidRPr="000B4BD8" w:rsidRDefault="004B5BD4">
            <w:r w:rsidRPr="000B4BD8">
              <w:br/>
            </w:r>
          </w:p>
        </w:tc>
      </w:tr>
      <w:tr w:rsidR="00007408" w:rsidRPr="000B4BD8" w14:paraId="2100C201"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7371B8" w14:textId="77777777" w:rsidR="00007408" w:rsidRPr="000B4BD8" w:rsidRDefault="004B5BD4">
            <w:pPr>
              <w:spacing w:before="40" w:after="40" w:line="252" w:lineRule="auto"/>
            </w:pPr>
            <w:r w:rsidRPr="000B4BD8">
              <w:rPr>
                <w:rFonts w:eastAsia="Arial"/>
              </w:rPr>
              <w:t>Sprzęt i wyposażenie możliwe do wykorzystania przy realizacji szkoleń</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DE6620" w14:textId="77777777" w:rsidR="00007408" w:rsidRPr="000B4BD8" w:rsidRDefault="004B5BD4">
            <w:r w:rsidRPr="000B4BD8">
              <w:br/>
            </w:r>
          </w:p>
        </w:tc>
      </w:tr>
      <w:tr w:rsidR="00007408" w:rsidRPr="000B4BD8" w14:paraId="064F7C44"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51F54D0" w14:textId="77777777" w:rsidR="00007408" w:rsidRPr="000B4BD8" w:rsidRDefault="004B5BD4">
            <w:pPr>
              <w:spacing w:before="40" w:after="40" w:line="252" w:lineRule="auto"/>
            </w:pPr>
            <w:r w:rsidRPr="000B4BD8">
              <w:rPr>
                <w:rFonts w:eastAsia="Arial"/>
              </w:rPr>
              <w:t>Zasoby organizacyjne i administracyjne przeznaczone do obsługi projektu</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58F19" w14:textId="77777777" w:rsidR="00007408" w:rsidRPr="000B4BD8" w:rsidRDefault="004B5BD4">
            <w:r w:rsidRPr="000B4BD8">
              <w:br/>
            </w:r>
          </w:p>
        </w:tc>
      </w:tr>
      <w:tr w:rsidR="00007408" w:rsidRPr="000B4BD8" w14:paraId="4D41DCD5"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5EE970" w14:textId="77777777" w:rsidR="00007408" w:rsidRPr="000B4BD8" w:rsidRDefault="004B5BD4">
            <w:pPr>
              <w:spacing w:before="40" w:after="40" w:line="252" w:lineRule="auto"/>
            </w:pPr>
            <w:r w:rsidRPr="000B4BD8">
              <w:rPr>
                <w:rFonts w:eastAsia="Arial"/>
              </w:rPr>
              <w:t>Sposób wykorzystania ww. zasobów w projekcie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3205" w14:textId="77777777" w:rsidR="00007408" w:rsidRPr="000B4BD8" w:rsidRDefault="004B5BD4">
            <w:r w:rsidRPr="000B4BD8">
              <w:br/>
            </w:r>
          </w:p>
        </w:tc>
      </w:tr>
    </w:tbl>
    <w:p w14:paraId="72C1AA52" w14:textId="77777777" w:rsidR="00007408" w:rsidRPr="000B4BD8" w:rsidRDefault="004B5BD4">
      <w:pPr>
        <w:pStyle w:val="Nagwek2"/>
        <w:spacing w:line="252" w:lineRule="auto"/>
      </w:pPr>
      <w:r w:rsidRPr="000B4BD8">
        <w:rPr>
          <w:rFonts w:ascii="Arial" w:hAnsi="Arial"/>
        </w:rPr>
        <w:t>VI.3. Potencjał finansowy i deklarowany wkład Partnera</w:t>
      </w:r>
    </w:p>
    <w:p w14:paraId="0AB00EEB" w14:textId="5A2A44D0" w:rsidR="00007408" w:rsidRPr="000B4BD8" w:rsidRDefault="004B5BD4">
      <w:pPr>
        <w:spacing w:line="252" w:lineRule="auto"/>
      </w:pPr>
      <w:r w:rsidRPr="000B4BD8">
        <w:t xml:space="preserve">Oświadczam, że Oferent zobowiązuje się wnieść do partnerstwa zasoby ludzkie, techniczne, organizacyjne lub finansowe opisane w części VI formularza, zgodnie z pkt </w:t>
      </w:r>
      <w:r w:rsidR="00F2794D">
        <w:t>44</w:t>
      </w:r>
      <w:r w:rsidRPr="000B4BD8">
        <w:t xml:space="preserve"> lit. g Regulaminu. Wskazane zasoby zostaną wykorzystane do realizacji powierzonych zadań.</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3C82F340"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38FC0E" w14:textId="77777777" w:rsidR="00007408" w:rsidRPr="000B4BD8" w:rsidRDefault="004B5BD4">
            <w:pPr>
              <w:spacing w:before="40" w:after="40" w:line="252" w:lineRule="auto"/>
            </w:pPr>
            <w:r w:rsidRPr="000B4BD8">
              <w:rPr>
                <w:rFonts w:eastAsia="Arial"/>
              </w:rPr>
              <w:t>Opis sytuacji finansowej i zdolności do realizacji zobowiązań wynikających z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2A5EC7" w14:textId="77777777" w:rsidR="00007408" w:rsidRPr="000B4BD8" w:rsidRDefault="004B5BD4">
            <w:r w:rsidRPr="000B4BD8">
              <w:br/>
            </w:r>
          </w:p>
        </w:tc>
      </w:tr>
      <w:tr w:rsidR="00007408" w:rsidRPr="000B4BD8" w14:paraId="34AE5FE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6BABADD" w14:textId="77777777" w:rsidR="00007408" w:rsidRPr="000B4BD8" w:rsidRDefault="004B5BD4">
            <w:pPr>
              <w:spacing w:before="40" w:after="40" w:line="252" w:lineRule="auto"/>
            </w:pPr>
            <w:r w:rsidRPr="000B4BD8">
              <w:rPr>
                <w:rFonts w:eastAsia="Arial"/>
              </w:rPr>
              <w:t>Deklarowane zasoby finansowe wnoszone do projektu (jeżeli dotyczy)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9F773E" w14:textId="77777777" w:rsidR="00007408" w:rsidRPr="000B4BD8" w:rsidRDefault="004B5BD4">
            <w:r w:rsidRPr="000B4BD8">
              <w:br/>
            </w:r>
          </w:p>
        </w:tc>
      </w:tr>
      <w:tr w:rsidR="00007408" w:rsidRPr="000B4BD8" w14:paraId="24D2F1D7"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A1638E" w14:textId="77777777" w:rsidR="00007408" w:rsidRPr="000B4BD8" w:rsidRDefault="004B5BD4">
            <w:pPr>
              <w:spacing w:before="40" w:after="40" w:line="252" w:lineRule="auto"/>
            </w:pPr>
            <w:r w:rsidRPr="000B4BD8">
              <w:rPr>
                <w:rFonts w:eastAsia="Arial"/>
              </w:rPr>
              <w:t>Pozostały wkład Partnera: zasoby ludzkie, organizacyjne lub techniczne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74FB20" w14:textId="77777777" w:rsidR="00007408" w:rsidRPr="000B4BD8" w:rsidRDefault="004B5BD4">
            <w:r w:rsidRPr="000B4BD8">
              <w:br/>
            </w:r>
          </w:p>
        </w:tc>
      </w:tr>
    </w:tbl>
    <w:p w14:paraId="4B947835" w14:textId="77777777" w:rsidR="00007408" w:rsidRPr="000B4BD8" w:rsidRDefault="004B5BD4">
      <w:pPr>
        <w:pStyle w:val="Nagwek1"/>
        <w:pageBreakBefore/>
        <w:spacing w:line="252" w:lineRule="auto"/>
      </w:pPr>
      <w:r w:rsidRPr="000B4BD8">
        <w:rPr>
          <w:rFonts w:ascii="Arial" w:eastAsia="Arial" w:hAnsi="Arial"/>
        </w:rPr>
        <w:lastRenderedPageBreak/>
        <w:t>VII. PROPONOWANY SPOSÓB REALIZACJI ZADAŃ PARTNERA</w:t>
      </w:r>
    </w:p>
    <w:p w14:paraId="19D45E73" w14:textId="2290A626" w:rsidR="00007408" w:rsidRPr="000B4BD8" w:rsidRDefault="004B5BD4">
      <w:pPr>
        <w:spacing w:line="252" w:lineRule="auto"/>
      </w:pPr>
      <w:r w:rsidRPr="000B4BD8">
        <w:t xml:space="preserve">Założenia całego projektu: budżet </w:t>
      </w:r>
      <w:r w:rsidR="00DC6884">
        <w:rPr>
          <w:rFonts w:cs="Arial"/>
        </w:rPr>
        <w:t xml:space="preserve">nie przekroczy </w:t>
      </w:r>
      <w:r w:rsidRPr="000B4BD8">
        <w:t xml:space="preserve">31 434 693,46 zł; </w:t>
      </w:r>
      <w:r w:rsidR="00DC6884">
        <w:rPr>
          <w:rFonts w:cs="Arial"/>
        </w:rPr>
        <w:t xml:space="preserve">nie przekroczy </w:t>
      </w:r>
      <w:r w:rsidRPr="000B4BD8">
        <w:t xml:space="preserve">957 pracodawców; </w:t>
      </w:r>
      <w:r w:rsidR="00DC6884">
        <w:rPr>
          <w:rFonts w:cs="Arial"/>
        </w:rPr>
        <w:t xml:space="preserve">nie przekroczy </w:t>
      </w:r>
      <w:r w:rsidRPr="000B4BD8">
        <w:t xml:space="preserve">5 802 pracowników liczonych jednokrotnie; </w:t>
      </w:r>
      <w:r w:rsidR="00DC6884">
        <w:rPr>
          <w:rFonts w:cs="Arial"/>
        </w:rPr>
        <w:t xml:space="preserve">nie przekroczy </w:t>
      </w:r>
      <w:r w:rsidRPr="000B4BD8">
        <w:t xml:space="preserve">19 727 osobo-szkoleń; </w:t>
      </w:r>
      <w:r w:rsidR="00DC6884">
        <w:rPr>
          <w:rFonts w:cs="Arial"/>
        </w:rPr>
        <w:t xml:space="preserve">nie przekroczy    </w:t>
      </w:r>
      <w:r w:rsidRPr="000B4BD8">
        <w:t>1 461 grup po 12–15 osób. Planowany okres: 30 miesięcy, rozpoczęcie najpóźniej w III kwartale 2027 r., zakończenie nie później niż 30 czerwca 2030 r. Ostateczne wartości i podział zadań zostaną ustalone przy wspólnym przygotowaniu wniosku.</w:t>
      </w:r>
    </w:p>
    <w:p w14:paraId="0338296A" w14:textId="16964EAC" w:rsidR="00007408" w:rsidRPr="000B4BD8" w:rsidRDefault="004B5BD4">
      <w:pPr>
        <w:spacing w:line="252" w:lineRule="auto"/>
      </w:pPr>
      <w:r w:rsidRPr="000B4BD8">
        <w:t>Należy przedstawić proponowaną koncepcję działań</w:t>
      </w:r>
      <w:r w:rsidR="00DC6884">
        <w:t xml:space="preserve"> </w:t>
      </w:r>
      <w:r w:rsidRPr="000B4BD8">
        <w:t>i rezultaty zgodnie z pkt 17</w:t>
      </w:r>
      <w:r w:rsidR="00DC6884">
        <w:t xml:space="preserve"> i</w:t>
      </w:r>
      <w:r w:rsidRPr="000B4BD8">
        <w:t xml:space="preserve"> 26</w:t>
      </w:r>
      <w:r w:rsidR="00DC6884">
        <w:t xml:space="preserve"> </w:t>
      </w:r>
      <w:r w:rsidRPr="000B4BD8">
        <w:t>Regulaminu, dla obszarów objętych ofertą. Doradztwo jest fakultatywnym uzupełnieniem szkoleń i wymaga uzasadnienia indywidualnymi potrzebami. Pola można rozszerzyć lub dołączyć opis, wskazując jego nazwę lub numer.</w:t>
      </w:r>
    </w:p>
    <w:p w14:paraId="1C996D80" w14:textId="77777777" w:rsidR="00007408" w:rsidRPr="000B4BD8" w:rsidRDefault="00007408">
      <w:pPr>
        <w:spacing w:after="20" w:line="252" w:lineRule="auto"/>
      </w:pPr>
    </w:p>
    <w:tbl>
      <w:tblPr>
        <w:tblStyle w:val="Tabela-Siatka"/>
        <w:tblW w:w="9864" w:type="dxa"/>
        <w:jc w:val="center"/>
        <w:tblLayout w:type="fixed"/>
        <w:tblLook w:val="04A0" w:firstRow="1" w:lastRow="0" w:firstColumn="1" w:lastColumn="0" w:noHBand="0" w:noVBand="1"/>
      </w:tblPr>
      <w:tblGrid>
        <w:gridCol w:w="4535"/>
        <w:gridCol w:w="5329"/>
      </w:tblGrid>
      <w:tr w:rsidR="00007408" w:rsidRPr="000B4BD8" w14:paraId="2CBF9653"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50A7E80" w14:textId="77777777" w:rsidR="00007408" w:rsidRPr="000B4BD8" w:rsidRDefault="004B5BD4">
            <w:pPr>
              <w:spacing w:before="40" w:after="40" w:line="252" w:lineRule="auto"/>
            </w:pPr>
            <w:r w:rsidRPr="000B4BD8">
              <w:rPr>
                <w:rFonts w:eastAsia="Arial"/>
              </w:rPr>
              <w:t>1. Proponowany zakres merytoryczny usług edukacyjnych i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A3CB6B" w14:textId="77777777" w:rsidR="00007408" w:rsidRPr="000B4BD8" w:rsidRDefault="004B5BD4">
            <w:r w:rsidRPr="000B4BD8">
              <w:br/>
            </w:r>
          </w:p>
        </w:tc>
      </w:tr>
      <w:tr w:rsidR="00007408" w:rsidRPr="000B4BD8" w14:paraId="47F3F556"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F6A872" w14:textId="64326793" w:rsidR="00007408" w:rsidRPr="000B4BD8" w:rsidRDefault="004B5BD4">
            <w:pPr>
              <w:spacing w:before="40" w:after="40" w:line="252" w:lineRule="auto"/>
            </w:pPr>
            <w:r w:rsidRPr="000B4BD8">
              <w:rPr>
                <w:rFonts w:eastAsia="Arial"/>
              </w:rPr>
              <w:t>2. Sposób diagnozy potrzeb szkoleniowych pracodawców i ich kadr</w:t>
            </w:r>
            <w:r w:rsidR="009B27DA">
              <w:rPr>
                <w:rFonts w:eastAsia="Arial"/>
              </w:rPr>
              <w:t xml:space="preserve"> w ramach potencjalnego doradztwa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DA90365" w14:textId="77777777" w:rsidR="00007408" w:rsidRPr="000B4BD8" w:rsidRDefault="004B5BD4">
            <w:r w:rsidRPr="000B4BD8">
              <w:br/>
            </w:r>
          </w:p>
        </w:tc>
      </w:tr>
      <w:tr w:rsidR="00007408" w:rsidRPr="000B4BD8" w14:paraId="35299BB1"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17AE32" w14:textId="77777777" w:rsidR="00007408" w:rsidRPr="000B4BD8" w:rsidRDefault="004B5BD4">
            <w:pPr>
              <w:spacing w:before="40" w:after="40" w:line="252" w:lineRule="auto"/>
            </w:pPr>
            <w:r w:rsidRPr="000B4BD8">
              <w:rPr>
                <w:rFonts w:eastAsia="Arial"/>
              </w:rPr>
              <w:t>3. Sposób doboru programów, scenariuszy i metodyki do specyfiki pracodawcy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8298B8" w14:textId="77777777" w:rsidR="00007408" w:rsidRPr="000B4BD8" w:rsidRDefault="004B5BD4">
            <w:r w:rsidRPr="000B4BD8">
              <w:br/>
            </w:r>
          </w:p>
        </w:tc>
      </w:tr>
      <w:tr w:rsidR="00007408" w:rsidRPr="000B4BD8" w14:paraId="4D1D92B0"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46AEC5" w14:textId="0F71167F" w:rsidR="00007408" w:rsidRPr="000B4BD8" w:rsidRDefault="004B5BD4">
            <w:pPr>
              <w:spacing w:before="40" w:after="40" w:line="252" w:lineRule="auto"/>
            </w:pPr>
            <w:r w:rsidRPr="000B4BD8">
              <w:rPr>
                <w:rFonts w:eastAsia="Arial"/>
              </w:rPr>
              <w:t xml:space="preserve">4. Organizacja części teoretycznej i </w:t>
            </w:r>
            <w:r w:rsidR="0084612A" w:rsidRPr="000B4BD8">
              <w:rPr>
                <w:rFonts w:eastAsia="Arial"/>
              </w:rPr>
              <w:t xml:space="preserve">praktycznej </w:t>
            </w:r>
            <w:r w:rsidR="0084612A">
              <w:rPr>
                <w:rFonts w:eastAsia="Arial"/>
              </w:rPr>
              <w:t>przy</w:t>
            </w:r>
            <w:r w:rsidR="009B27DA">
              <w:rPr>
                <w:rFonts w:eastAsia="Arial"/>
              </w:rPr>
              <w:t xml:space="preserve"> uwzględnieniu szacowanej</w:t>
            </w:r>
            <w:r w:rsidRPr="000B4BD8">
              <w:rPr>
                <w:rFonts w:eastAsia="Arial"/>
              </w:rPr>
              <w:t xml:space="preserve"> liczebnoś</w:t>
            </w:r>
            <w:r w:rsidR="009B27DA">
              <w:rPr>
                <w:rFonts w:eastAsia="Arial"/>
              </w:rPr>
              <w:t>ci</w:t>
            </w:r>
            <w:r w:rsidRPr="000B4BD8">
              <w:rPr>
                <w:rFonts w:eastAsia="Arial"/>
              </w:rPr>
              <w:t xml:space="preserve"> grup</w:t>
            </w:r>
            <w:r w:rsidR="009B27DA">
              <w:rPr>
                <w:rFonts w:eastAsia="Arial"/>
              </w:rPr>
              <w:t xml:space="preserve"> zgodnie z regulaminem konkursu ofert na partneró</w:t>
            </w:r>
            <w:r w:rsidR="0084612A">
              <w:rPr>
                <w:rFonts w:eastAsia="Arial"/>
              </w:rPr>
              <w:t>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AB6A65" w14:textId="77777777" w:rsidR="00007408" w:rsidRPr="000B4BD8" w:rsidRDefault="004B5BD4">
            <w:r w:rsidRPr="000B4BD8">
              <w:br/>
            </w:r>
          </w:p>
        </w:tc>
      </w:tr>
      <w:tr w:rsidR="00007408" w:rsidRPr="000B4BD8" w14:paraId="03E33AC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91364B" w14:textId="77777777" w:rsidR="00007408" w:rsidRPr="000B4BD8" w:rsidRDefault="004B5BD4">
            <w:pPr>
              <w:spacing w:before="40" w:after="40" w:line="252" w:lineRule="auto"/>
            </w:pPr>
            <w:r w:rsidRPr="000B4BD8">
              <w:rPr>
                <w:rFonts w:eastAsia="Arial"/>
              </w:rPr>
              <w:t>5. Sposób zapewnienia materiałów szkoleniowych</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DC923F" w14:textId="77777777" w:rsidR="00007408" w:rsidRPr="000B4BD8" w:rsidRDefault="004B5BD4">
            <w:r w:rsidRPr="000B4BD8">
              <w:br/>
            </w:r>
          </w:p>
        </w:tc>
      </w:tr>
      <w:tr w:rsidR="00007408" w:rsidRPr="000B4BD8" w14:paraId="5A69C982"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53B8FE" w14:textId="77777777" w:rsidR="00007408" w:rsidRPr="000B4BD8" w:rsidRDefault="004B5BD4">
            <w:pPr>
              <w:spacing w:before="40" w:after="40" w:line="252" w:lineRule="auto"/>
            </w:pPr>
            <w:r w:rsidRPr="000B4BD8">
              <w:rPr>
                <w:rFonts w:eastAsia="Arial"/>
              </w:rPr>
              <w:t>6. Uwzględnienie przeciwdziałania dezinformacji i fałszywym informacjom</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ECBF0B" w14:textId="77777777" w:rsidR="00007408" w:rsidRPr="000B4BD8" w:rsidRDefault="004B5BD4">
            <w:r w:rsidRPr="000B4BD8">
              <w:br/>
            </w:r>
          </w:p>
        </w:tc>
      </w:tr>
      <w:tr w:rsidR="00007408" w:rsidRPr="000B4BD8" w14:paraId="7715F53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7646921" w14:textId="77777777" w:rsidR="00007408" w:rsidRPr="000B4BD8" w:rsidRDefault="004B5BD4">
            <w:pPr>
              <w:spacing w:before="40" w:after="40" w:line="252" w:lineRule="auto"/>
            </w:pPr>
            <w:r w:rsidRPr="000B4BD8">
              <w:rPr>
                <w:rFonts w:eastAsia="Arial"/>
              </w:rPr>
              <w:t>7. Zapewnienie dobrostanu psychicznego i emocjonalnego uczestników</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21D5DA" w14:textId="77777777" w:rsidR="00007408" w:rsidRPr="000B4BD8" w:rsidRDefault="004B5BD4">
            <w:r w:rsidRPr="000B4BD8">
              <w:br/>
            </w:r>
          </w:p>
        </w:tc>
      </w:tr>
      <w:tr w:rsidR="00007408" w:rsidRPr="000B4BD8" w14:paraId="68433ACE"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06E3EB1" w14:textId="77777777" w:rsidR="00007408" w:rsidRPr="000B4BD8" w:rsidRDefault="004B5BD4">
            <w:pPr>
              <w:spacing w:before="40" w:after="40" w:line="252" w:lineRule="auto"/>
            </w:pPr>
            <w:r w:rsidRPr="000B4BD8">
              <w:rPr>
                <w:rFonts w:eastAsia="Arial"/>
              </w:rPr>
              <w:t>8. Organizacja podróży, noclegów i zakwaterowania kadry szkoleniowej/doradczej, jeżeli niezbędne</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67C6D2" w14:textId="77777777" w:rsidR="00007408" w:rsidRPr="000B4BD8" w:rsidRDefault="004B5BD4">
            <w:r w:rsidRPr="000B4BD8">
              <w:br/>
            </w:r>
          </w:p>
        </w:tc>
      </w:tr>
      <w:tr w:rsidR="00007408" w:rsidRPr="000B4BD8" w14:paraId="66A005FF"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33ECD7" w14:textId="77777777" w:rsidR="00007408" w:rsidRPr="000B4BD8" w:rsidRDefault="004B5BD4">
            <w:pPr>
              <w:spacing w:before="40" w:after="40" w:line="252" w:lineRule="auto"/>
            </w:pPr>
            <w:r w:rsidRPr="000B4BD8">
              <w:rPr>
                <w:rFonts w:eastAsia="Arial"/>
              </w:rPr>
              <w:t>9. Prowadzenie dokumentacji, monitorowanie min. 80% frekwencji i przekazywanie danych do rozliczenia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111E58C" w14:textId="77777777" w:rsidR="00007408" w:rsidRPr="000B4BD8" w:rsidRDefault="004B5BD4">
            <w:r w:rsidRPr="000B4BD8">
              <w:br/>
            </w:r>
          </w:p>
        </w:tc>
      </w:tr>
      <w:tr w:rsidR="00007408" w:rsidRPr="000B4BD8" w14:paraId="045DCF5A" w14:textId="77777777" w:rsidTr="00E7424C">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2A3130" w14:textId="5E35C29A" w:rsidR="00007408" w:rsidRPr="000B4BD8" w:rsidRDefault="004B5BD4">
            <w:pPr>
              <w:spacing w:before="40" w:after="40" w:line="252" w:lineRule="auto"/>
            </w:pPr>
            <w:r w:rsidRPr="000B4BD8">
              <w:rPr>
                <w:rFonts w:eastAsia="Arial"/>
              </w:rPr>
              <w:t>1</w:t>
            </w:r>
            <w:r w:rsidR="00E7424C">
              <w:rPr>
                <w:rFonts w:eastAsia="Arial"/>
              </w:rPr>
              <w:t>0</w:t>
            </w:r>
            <w:r w:rsidRPr="000B4BD8">
              <w:rPr>
                <w:rFonts w:eastAsia="Arial"/>
              </w:rPr>
              <w:t>. Przewidywane rezultaty i wartość dodana partnerstwa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ADC4A5" w14:textId="77777777" w:rsidR="00007408" w:rsidRPr="000B4BD8" w:rsidRDefault="004B5BD4">
            <w:r w:rsidRPr="000B4BD8">
              <w:br/>
            </w:r>
          </w:p>
        </w:tc>
      </w:tr>
    </w:tbl>
    <w:p w14:paraId="743BFE2E" w14:textId="77777777" w:rsidR="00007408" w:rsidRPr="000B4BD8" w:rsidRDefault="004B5BD4">
      <w:pPr>
        <w:pStyle w:val="Nagwek1"/>
        <w:pageBreakBefore/>
        <w:spacing w:line="252" w:lineRule="auto"/>
      </w:pPr>
      <w:r w:rsidRPr="000B4BD8">
        <w:rPr>
          <w:rFonts w:ascii="Arial" w:eastAsia="Arial" w:hAnsi="Arial"/>
        </w:rPr>
        <w:lastRenderedPageBreak/>
        <w:t>VIII. OŚWIADCZENIA OFERENTA</w:t>
      </w:r>
    </w:p>
    <w:tbl>
      <w:tblPr>
        <w:tblStyle w:val="Tabela-Siatka"/>
        <w:tblW w:w="9865" w:type="dxa"/>
        <w:jc w:val="center"/>
        <w:tblLayout w:type="fixed"/>
        <w:tblLook w:val="04A0" w:firstRow="1" w:lastRow="0" w:firstColumn="1" w:lastColumn="0" w:noHBand="0" w:noVBand="1"/>
      </w:tblPr>
      <w:tblGrid>
        <w:gridCol w:w="454"/>
        <w:gridCol w:w="8107"/>
        <w:gridCol w:w="1304"/>
      </w:tblGrid>
      <w:tr w:rsidR="00007408" w:rsidRPr="000B4BD8" w14:paraId="1476B213" w14:textId="77777777" w:rsidTr="007B1DDA">
        <w:trPr>
          <w:cantSplit/>
          <w:tblHeader/>
          <w:jc w:val="center"/>
        </w:trPr>
        <w:tc>
          <w:tcPr>
            <w:tcW w:w="45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3C93157C" w14:textId="77777777" w:rsidR="00007408" w:rsidRPr="000B4BD8" w:rsidRDefault="004B5BD4">
            <w:r w:rsidRPr="000B4BD8">
              <w:t>Nr</w:t>
            </w:r>
          </w:p>
        </w:tc>
        <w:tc>
          <w:tcPr>
            <w:tcW w:w="8107"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1AC09BD" w14:textId="77777777" w:rsidR="00007408" w:rsidRPr="000B4BD8" w:rsidRDefault="004B5BD4">
            <w:pPr>
              <w:spacing w:before="40" w:after="40" w:line="252" w:lineRule="auto"/>
              <w:jc w:val="center"/>
            </w:pPr>
            <w:r w:rsidRPr="000B4BD8">
              <w:rPr>
                <w:rFonts w:eastAsia="Arial"/>
                <w:b/>
              </w:rPr>
              <w:t>Oświadczenie</w:t>
            </w:r>
          </w:p>
        </w:tc>
        <w:tc>
          <w:tcPr>
            <w:tcW w:w="1304"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FFE93BD" w14:textId="77777777" w:rsidR="00007408" w:rsidRPr="000B4BD8" w:rsidRDefault="004B5BD4">
            <w:pPr>
              <w:spacing w:before="40" w:after="40" w:line="252" w:lineRule="auto"/>
              <w:jc w:val="center"/>
            </w:pPr>
            <w:r w:rsidRPr="000B4BD8">
              <w:rPr>
                <w:rFonts w:eastAsia="Arial"/>
                <w:b/>
              </w:rPr>
              <w:t>Odpowiedź</w:t>
            </w:r>
          </w:p>
        </w:tc>
      </w:tr>
      <w:tr w:rsidR="00007408" w:rsidRPr="000B4BD8" w14:paraId="4E1EC8F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9A327C" w14:textId="77777777" w:rsidR="00007408" w:rsidRPr="000B4BD8" w:rsidRDefault="004B5BD4">
            <w:pPr>
              <w:spacing w:before="40" w:after="40" w:line="252" w:lineRule="auto"/>
              <w:jc w:val="center"/>
            </w:pPr>
            <w:r w:rsidRPr="000B4BD8">
              <w:rPr>
                <w:rFonts w:eastAsia="Arial"/>
              </w:rPr>
              <w:t>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8F7FA3" w14:textId="55C9899B" w:rsidR="00007408" w:rsidRPr="000B4BD8" w:rsidRDefault="00261099">
            <w:pPr>
              <w:spacing w:before="40" w:after="40" w:line="252" w:lineRule="auto"/>
            </w:pPr>
            <w:r w:rsidRPr="00261099">
              <w:t>Oświadczam, że informacje zawarte w niniejszej ofercie, w zakresie który mnie dotyczą, oświadczeniach oraz dołączonych jako załączniki dokumentach są zgodne ze stanem faktycznym i prawnym. Jestem świadomy/a odpowiedzialności karnej za złożenie fałszywych oświadczeń wynikającej z art. 233 ustawy Kodeks karny (</w:t>
            </w:r>
            <w:proofErr w:type="spellStart"/>
            <w:r w:rsidRPr="00261099">
              <w:t>t.j</w:t>
            </w:r>
            <w:proofErr w:type="spellEnd"/>
            <w:r w:rsidRPr="00261099">
              <w:t>. Dz. U. z 2025 r. poz. 383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059B9"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FAF725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0FFBB4" w14:textId="77777777" w:rsidR="00007408" w:rsidRPr="000B4BD8" w:rsidRDefault="004B5BD4">
            <w:pPr>
              <w:spacing w:before="40" w:after="40" w:line="252" w:lineRule="auto"/>
              <w:jc w:val="center"/>
            </w:pPr>
            <w:r w:rsidRPr="000B4BD8">
              <w:rPr>
                <w:rFonts w:eastAsia="Arial"/>
              </w:rPr>
              <w:t>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37F1AC" w14:textId="77777777" w:rsidR="00007408" w:rsidRPr="000B4BD8" w:rsidRDefault="004B5BD4">
            <w:pPr>
              <w:spacing w:before="40" w:after="40" w:line="252" w:lineRule="auto"/>
            </w:pPr>
            <w:r w:rsidRPr="000B4BD8">
              <w:t>Oświadczam, że reprezentowany podmiot należy do katalogu potencjalnych beneficjentów określonego w pkt 24 Regulaminu i nie jest podmiotem wymienionym w art. 4 ustawy z dnia 11 września 2019 r. – Prawo zamówień publicznych, zgodnie z pkt 23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B3F1FAF"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4D84D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C321F1" w14:textId="77777777" w:rsidR="00007408" w:rsidRPr="000B4BD8" w:rsidRDefault="004B5BD4">
            <w:pPr>
              <w:spacing w:before="40" w:after="40" w:line="252" w:lineRule="auto"/>
              <w:jc w:val="center"/>
            </w:pPr>
            <w:r w:rsidRPr="000B4BD8">
              <w:rPr>
                <w:rFonts w:eastAsia="Arial"/>
              </w:rPr>
              <w:t>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F9F152" w14:textId="77777777" w:rsidR="00007408" w:rsidRPr="000B4BD8" w:rsidRDefault="004B5BD4">
            <w:pPr>
              <w:spacing w:before="40" w:after="40" w:line="252" w:lineRule="auto"/>
            </w:pPr>
            <w:r w:rsidRPr="000B4BD8">
              <w:t>Oświadczam, że Partner nie jest wykluczony z możliwości otrzymania dofinansowania na podstawie art. 61 ust. 3 pkt 2 ustawy z dnia 28 kwietnia 2022 r. o zasadach realizacji zadań finansowanych ze środków europejskich w perspektywie finansowej 2021–2027 oraz art. 207 ust. 4 ustawy z dnia 27 sierpnia 2009 r.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AB974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DD3ABC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93054BE" w14:textId="77777777" w:rsidR="00007408" w:rsidRPr="000B4BD8" w:rsidRDefault="004B5BD4">
            <w:pPr>
              <w:spacing w:before="40" w:after="40" w:line="252" w:lineRule="auto"/>
              <w:jc w:val="center"/>
            </w:pPr>
            <w:r w:rsidRPr="000B4BD8">
              <w:rPr>
                <w:rFonts w:eastAsia="Arial"/>
              </w:rPr>
              <w:t>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2FCE66" w14:textId="77777777" w:rsidR="00007408" w:rsidRPr="000B4BD8" w:rsidRDefault="004B5BD4">
            <w:pPr>
              <w:spacing w:before="40" w:after="40" w:line="252" w:lineRule="auto"/>
            </w:pPr>
            <w:r w:rsidRPr="000B4BD8">
              <w:t>Oświadczam, że na podstawie art. 12 ust. 1 pkt 1 ustawy z dnia 15 czerwca 2012 r. o skutkach powierzania wykonywania pracy cudzoziemcom przebywającym wbrew przepisom na terytorium Rzeczypospolitej Polskiej oraz art. 9 ust. 1 pkt 2a ustawy z dnia 28 października 2002 r. o odpowiedzialności podmiotów zbiorowych za czyny zabronione pod groźbą kary Partner nie ma zakazu dostępu do środków, o których mowa w art. 5 ust. 3 pkt 1 i 4 ustawy o finansach publicznych.</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B0DDC9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5C0821D"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70AF00" w14:textId="77777777" w:rsidR="00007408" w:rsidRPr="000B4BD8" w:rsidRDefault="004B5BD4">
            <w:pPr>
              <w:spacing w:before="40" w:after="40" w:line="252" w:lineRule="auto"/>
              <w:jc w:val="center"/>
            </w:pPr>
            <w:r w:rsidRPr="000B4BD8">
              <w:rPr>
                <w:rFonts w:eastAsia="Arial"/>
              </w:rPr>
              <w:t>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9F6936E" w14:textId="5FA6C129" w:rsidR="00007408" w:rsidRPr="000B4BD8" w:rsidRDefault="004B5BD4">
            <w:pPr>
              <w:spacing w:before="40" w:after="40" w:line="252" w:lineRule="auto"/>
            </w:pPr>
            <w:r w:rsidRPr="000B4BD8">
              <w:t>Oświadczam, że Partner nie podlega wykluczeniu z otrzymania wsparcia wynikającemu z sankcji nałożonych w związku z agresją Federacji Rosyjskiej na Ukrainę: nie jest osobą ani podmiotem objętym środkami sankcyjnymi i nie jest związany z takimi osobami lub podmiotami. Partner nie jest osobą prawną, podmiotem lub organem z siedzibą w Rosji ani osobą prawną, podmiotem lub organem, w którym prawa własności bezpośrednio lub pośrednio w ponad 50% należą do osoby prawnej, podmiotu lub organu z siedzibą w Rosji, ani nie jest powiązany z żadnym z wymienionych podmiotów – zgodnie z pkt 28 i pkt 4</w:t>
            </w:r>
            <w:r w:rsidR="003304DA">
              <w:t>4</w:t>
            </w:r>
            <w:r w:rsidRPr="000B4BD8">
              <w:t xml:space="preserve"> lit. l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82A353"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5752828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7F2B3A0" w14:textId="364CB7EE" w:rsidR="00007408" w:rsidRPr="000B4BD8" w:rsidRDefault="007B1DDA">
            <w:pPr>
              <w:spacing w:before="40" w:after="40" w:line="252" w:lineRule="auto"/>
              <w:jc w:val="center"/>
            </w:pPr>
            <w:r>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4E1AD43" w14:textId="77777777" w:rsidR="00007408" w:rsidRPr="000B4BD8" w:rsidRDefault="004B5BD4">
            <w:pPr>
              <w:spacing w:before="40" w:after="40" w:line="252" w:lineRule="auto"/>
            </w:pPr>
            <w:r w:rsidRPr="000B4BD8">
              <w:rPr>
                <w:rFonts w:eastAsia="Arial"/>
              </w:rPr>
              <w:t>Oświadczam, że w okresie trzech lat poprzedzających datę złożenia wniosku o dofinansowanie żadna z instytucji udzielających wsparcia nie rozwiązała z własnej inicjatywy umowy o dofinansowanie projektu realizowanego ze środków małopolskiego programu regionalnego 2014–2020 lub 2021–2027 z przyczyn leżących po stronie reprezentowanego podmiotu.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0C0964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AB3C25"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3655EBD" w14:textId="7ECC3173" w:rsidR="00007408" w:rsidRPr="000B4BD8" w:rsidRDefault="007B1DDA">
            <w:pPr>
              <w:spacing w:before="40" w:after="40" w:line="252" w:lineRule="auto"/>
              <w:jc w:val="center"/>
            </w:pPr>
            <w:r>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F04444" w14:textId="77777777" w:rsidR="00007408" w:rsidRPr="000B4BD8" w:rsidRDefault="004B5BD4">
            <w:pPr>
              <w:spacing w:before="40" w:after="40" w:line="252" w:lineRule="auto"/>
            </w:pPr>
            <w:r w:rsidRPr="000B4BD8">
              <w:rPr>
                <w:rFonts w:eastAsia="Arial"/>
              </w:rPr>
              <w:t>Oświadczam, że zapoznałem/</w:t>
            </w:r>
            <w:proofErr w:type="spellStart"/>
            <w:r w:rsidRPr="000B4BD8">
              <w:rPr>
                <w:rFonts w:eastAsia="Arial"/>
              </w:rPr>
              <w:t>am</w:t>
            </w:r>
            <w:proofErr w:type="spellEnd"/>
            <w:r w:rsidRPr="000B4BD8">
              <w:rPr>
                <w:rFonts w:eastAsia="Arial"/>
              </w:rPr>
              <w:t xml:space="preserve"> się z Regulaminem konkursu ofert na Partnerów i nie wnoszę do niego uwag.</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677A2B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47F94D2E"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22F5194" w14:textId="77777777" w:rsidR="00007408" w:rsidRPr="000B4BD8" w:rsidRDefault="004B5BD4">
            <w:pPr>
              <w:spacing w:before="40" w:after="40" w:line="252" w:lineRule="auto"/>
              <w:jc w:val="center"/>
            </w:pPr>
            <w:r w:rsidRPr="000B4BD8">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59513E" w14:textId="77777777" w:rsidR="00007408" w:rsidRPr="000B4BD8" w:rsidRDefault="004B5BD4">
            <w:pPr>
              <w:spacing w:before="40" w:after="40" w:line="252" w:lineRule="auto"/>
            </w:pPr>
            <w:r w:rsidRPr="000B4BD8">
              <w:rPr>
                <w:rFonts w:eastAsia="Arial"/>
              </w:rPr>
              <w:t>Oświadczam, że zapoznałem/</w:t>
            </w:r>
            <w:proofErr w:type="spellStart"/>
            <w:r w:rsidRPr="000B4BD8">
              <w:rPr>
                <w:rFonts w:eastAsia="Arial"/>
              </w:rPr>
              <w:t>am</w:t>
            </w:r>
            <w:proofErr w:type="spellEnd"/>
            <w:r w:rsidRPr="000B4BD8">
              <w:rPr>
                <w:rFonts w:eastAsia="Arial"/>
              </w:rPr>
              <w:t xml:space="preserve"> się ze wzorem umowy o dofinansowanie w ramach konkursu FEMP.15.01-IP.02-079/26 i przyjmuję zasady kwalifikowalności wydatków poniesionych przed podpisaniem umowy o dofinansowanie.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8E6D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992127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12BAEC" w14:textId="77777777" w:rsidR="00007408" w:rsidRPr="000B4BD8" w:rsidRDefault="004B5BD4">
            <w:pPr>
              <w:spacing w:before="40" w:after="40" w:line="252" w:lineRule="auto"/>
              <w:jc w:val="center"/>
            </w:pPr>
            <w:r w:rsidRPr="000B4BD8">
              <w:rPr>
                <w:rFonts w:eastAsia="Arial"/>
              </w:rPr>
              <w:t>10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99C813" w14:textId="42FE1D2D" w:rsidR="00007408" w:rsidRPr="000B4BD8" w:rsidRDefault="004B5BD4">
            <w:pPr>
              <w:spacing w:before="40" w:after="40" w:line="252" w:lineRule="auto"/>
            </w:pPr>
            <w:r w:rsidRPr="000B4BD8">
              <w:t>Oświadczam, że zapoznałem/</w:t>
            </w:r>
            <w:proofErr w:type="spellStart"/>
            <w:r w:rsidRPr="000B4BD8">
              <w:t>am</w:t>
            </w:r>
            <w:proofErr w:type="spellEnd"/>
            <w:r w:rsidRPr="000B4BD8">
              <w:t xml:space="preserve"> się ze Szczegółowym Opisem Priorytetów FEM 2021–2027, w szczególności opisem Działania 15.1 i kryteriami wyboru projektu, Wytycznymi dotyczącymi kwalifikowalności wydatków na lata 2021–2027, Regulaminem wyboru projektów</w:t>
            </w:r>
            <w:r w:rsidR="009431E5">
              <w:t xml:space="preserve"> z załącznikami</w:t>
            </w:r>
            <w:r w:rsidRPr="000B4BD8">
              <w:t xml:space="preserve"> nr FEMP.15.01-IP.02-079/26 oraz Standardem usług edukacyjnych i akceptuję ich postanowienia.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D9D60AA"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8879C7" w:rsidRPr="000B4BD8" w14:paraId="7A0A285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838C70" w14:textId="7750C85C" w:rsidR="008879C7" w:rsidRPr="000B4BD8" w:rsidRDefault="008879C7">
            <w:pPr>
              <w:spacing w:before="40" w:after="40" w:line="252" w:lineRule="auto"/>
              <w:jc w:val="center"/>
              <w:rPr>
                <w:rFonts w:eastAsia="Arial"/>
              </w:rPr>
            </w:pPr>
            <w:r>
              <w:rPr>
                <w:rFonts w:eastAsia="Arial"/>
              </w:rPr>
              <w:t>11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6AF8A96" w14:textId="23FA1749" w:rsidR="008879C7" w:rsidRPr="000B4BD8" w:rsidRDefault="008879C7">
            <w:pPr>
              <w:spacing w:before="40" w:after="40" w:line="252" w:lineRule="auto"/>
              <w:rPr>
                <w:rFonts w:eastAsia="Arial"/>
              </w:rPr>
            </w:pPr>
            <w:r w:rsidRPr="008879C7">
              <w:rPr>
                <w:rFonts w:eastAsia="Arial"/>
              </w:rPr>
              <w:t xml:space="preserve">Oświadczam, iż nie jest podmiotem powiązanym z MARR S.A. w rozumieniu Załącznika I do rozporządzenia Komisji (UE) nr 651/2014 z dnia 17 czerwca 2014 r. uznającego niektóre rodzaje pomocy za zgodne z rynkiem wewnętrznym w zastosowaniu art. 107 i 108 Traktatu (Dz. Urz. UE L 187 z 26.06.2014 r., </w:t>
            </w:r>
            <w:proofErr w:type="spellStart"/>
            <w:r w:rsidRPr="008879C7">
              <w:rPr>
                <w:rFonts w:eastAsia="Arial"/>
              </w:rPr>
              <w:t>str</w:t>
            </w:r>
            <w:proofErr w:type="spellEnd"/>
            <w:r w:rsidRPr="008879C7">
              <w:rPr>
                <w:rFonts w:eastAsia="Arial"/>
              </w:rPr>
              <w:t xml:space="preserve"> 1, z późn. zm.).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649DE5" w14:textId="08658821" w:rsidR="008879C7"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08DC15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3BE5A58" w14:textId="523953FB" w:rsidR="00D05B32" w:rsidRDefault="007716A4">
            <w:pPr>
              <w:spacing w:before="40" w:after="40" w:line="252" w:lineRule="auto"/>
              <w:jc w:val="center"/>
              <w:rPr>
                <w:rFonts w:eastAsia="Arial"/>
              </w:rPr>
            </w:pPr>
            <w:r>
              <w:rPr>
                <w:rFonts w:eastAsia="Arial"/>
              </w:rPr>
              <w:lastRenderedPageBreak/>
              <w:t>12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89CB7B0" w14:textId="414F3A4A" w:rsidR="00D05B32" w:rsidRPr="008879C7" w:rsidRDefault="00D05B32">
            <w:pPr>
              <w:spacing w:before="40" w:after="40" w:line="252" w:lineRule="auto"/>
              <w:rPr>
                <w:rFonts w:eastAsia="Arial"/>
              </w:rPr>
            </w:pPr>
            <w:r>
              <w:rPr>
                <w:rFonts w:eastAsia="Times New Roman" w:cs="Arial"/>
                <w:lang w:eastAsia="pl-PL"/>
              </w:rPr>
              <w:t xml:space="preserve">Oświadczenie, że nie jest </w:t>
            </w:r>
            <w:r w:rsidRPr="000E40A1">
              <w:rPr>
                <w:rFonts w:eastAsia="Times New Roman" w:cs="Arial"/>
                <w:lang w:eastAsia="pl-PL"/>
              </w:rPr>
              <w:t>podmiotem, na którym ciąży obowiązek zwrotu pomocy wynikający z wcześniejszej decyzji Komisji uznającej pomoc za niezgodną z prawem oraz z rynkiem wewnętrznym</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F3FACFC" w14:textId="3A2414B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30CF46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2E637D" w14:textId="4AEB401B" w:rsidR="00D05B32" w:rsidRDefault="007716A4">
            <w:pPr>
              <w:spacing w:before="40" w:after="40" w:line="252" w:lineRule="auto"/>
              <w:jc w:val="center"/>
              <w:rPr>
                <w:rFonts w:eastAsia="Arial"/>
              </w:rPr>
            </w:pPr>
            <w:r>
              <w:rPr>
                <w:rFonts w:eastAsia="Arial"/>
              </w:rPr>
              <w:t>13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2AB60" w14:textId="77777777" w:rsidR="00D05B32" w:rsidRPr="000E40A1" w:rsidRDefault="00D05B32" w:rsidP="00D05B32">
            <w:pPr>
              <w:spacing w:after="0"/>
              <w:rPr>
                <w:rFonts w:eastAsia="Times New Roman" w:cs="Arial"/>
                <w:lang w:eastAsia="pl-PL"/>
              </w:rPr>
            </w:pPr>
            <w:r>
              <w:rPr>
                <w:rFonts w:eastAsia="Times New Roman" w:cs="Arial"/>
                <w:lang w:eastAsia="pl-PL"/>
              </w:rPr>
              <w:t xml:space="preserve">Oświadczenie, że jest </w:t>
            </w:r>
            <w:r w:rsidRPr="000E40A1">
              <w:rPr>
                <w:rFonts w:eastAsia="Times New Roman" w:cs="Arial"/>
                <w:lang w:eastAsia="pl-PL"/>
              </w:rPr>
              <w:t xml:space="preserve">podmiotem, który nie otrzymał oraz nie planuje otrzymać pomocy publicznej lub pomocy de minimis od innych podmiotów przyznających pomoc na realizację projektu. </w:t>
            </w:r>
            <w:r>
              <w:rPr>
                <w:rFonts w:eastAsia="Times New Roman" w:cs="Arial"/>
                <w:lang w:eastAsia="pl-PL"/>
              </w:rPr>
              <w:t>Oświadczenie, że z</w:t>
            </w:r>
            <w:r w:rsidRPr="000E40A1">
              <w:rPr>
                <w:rFonts w:eastAsia="Times New Roman" w:cs="Arial"/>
                <w:lang w:eastAsia="pl-PL"/>
              </w:rPr>
              <w:t>akres oferty, w części współfinansowanej ze środków publicznych nie może podlegać i nie podlegał w przeszłości wsparciu z innych publicznych, zewnętrznych źródeł finansowania, w tym w szczególności ze środków dotacji celowych budżetu państwa oraz Funduszy Unijnych w takim zakresie, który powodowałby podwójne finansowanie projektu lub jego części.</w:t>
            </w:r>
          </w:p>
          <w:p w14:paraId="54ABA666"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81B77C9" w14:textId="153C335C"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D05B32" w:rsidRPr="000B4BD8" w14:paraId="7B11B07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E24F9E" w14:textId="34DA105B" w:rsidR="00D05B32" w:rsidRDefault="007716A4">
            <w:pPr>
              <w:spacing w:before="40" w:after="40" w:line="252" w:lineRule="auto"/>
              <w:jc w:val="center"/>
              <w:rPr>
                <w:rFonts w:eastAsia="Arial"/>
              </w:rPr>
            </w:pPr>
            <w:r>
              <w:rPr>
                <w:rFonts w:eastAsia="Arial"/>
              </w:rPr>
              <w:t>14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B4B089" w14:textId="77777777" w:rsidR="00D05B32" w:rsidRPr="00760F40" w:rsidRDefault="00D05B32" w:rsidP="00D05B32">
            <w:pPr>
              <w:spacing w:after="0"/>
              <w:rPr>
                <w:rFonts w:eastAsia="Times New Roman" w:cs="Arial"/>
                <w:lang w:eastAsia="pl-PL"/>
              </w:rPr>
            </w:pPr>
            <w:r>
              <w:rPr>
                <w:rFonts w:eastAsia="Times New Roman" w:cs="Arial"/>
                <w:lang w:eastAsia="pl-PL"/>
              </w:rPr>
              <w:t xml:space="preserve">Oświadczenie, że nie jest </w:t>
            </w:r>
            <w:r w:rsidRPr="000E40A1">
              <w:rPr>
                <w:rFonts w:eastAsia="Times New Roman" w:cs="Arial"/>
                <w:lang w:eastAsia="pl-PL"/>
              </w:rPr>
              <w:t>podmiotem, który w przypadku uzyskania pomocy de minimis na ten sam projekt, w tym na te same koszty, przestrzegać będzie zasad kumulacji pomocy określonych w art. 8 Rozporządzenia Komisji (UE) nr 651/2014 z dnia 17 czerwca 2014r. uznającego niektóre rodzaje pomocy za zgodne z rynkiem wewnętrznym w zastosowaniu art. 107 i 108 Traktatu.</w:t>
            </w:r>
          </w:p>
          <w:p w14:paraId="77152AB9" w14:textId="77777777" w:rsidR="00D05B32" w:rsidRPr="008879C7" w:rsidRDefault="00D05B32">
            <w:pPr>
              <w:spacing w:before="40" w:after="40" w:line="252" w:lineRule="auto"/>
              <w:rPr>
                <w:rFonts w:eastAsia="Arial"/>
              </w:rPr>
            </w:pP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15029B" w14:textId="418B19B4" w:rsidR="00D05B32" w:rsidRPr="000B4BD8" w:rsidRDefault="00CC54A4">
            <w:pPr>
              <w:spacing w:before="40" w:after="40" w:line="252" w:lineRule="auto"/>
              <w:jc w:val="center"/>
              <w:rPr>
                <w:rFonts w:eastAsia="Arial"/>
              </w:rPr>
            </w:pPr>
            <w:r w:rsidRPr="000B4BD8">
              <w:rPr>
                <w:rFonts w:ascii="Segoe UI Symbol" w:eastAsia="Arial" w:hAnsi="Segoe UI Symbol" w:cs="Segoe UI Symbol"/>
              </w:rPr>
              <w:t>☐</w:t>
            </w:r>
            <w:r w:rsidRPr="000B4BD8">
              <w:rPr>
                <w:rFonts w:eastAsia="Arial"/>
              </w:rPr>
              <w:t xml:space="preserve"> TAK</w:t>
            </w:r>
            <w:r w:rsidRPr="000B4BD8">
              <w:rPr>
                <w:rFonts w:eastAsia="Arial"/>
              </w:rPr>
              <w:br/>
            </w:r>
            <w:r w:rsidRPr="000B4BD8">
              <w:rPr>
                <w:rFonts w:ascii="Segoe UI Symbol" w:eastAsia="Arial" w:hAnsi="Segoe UI Symbol" w:cs="Segoe UI Symbol"/>
              </w:rPr>
              <w:t>☐</w:t>
            </w:r>
            <w:r w:rsidRPr="000B4BD8">
              <w:rPr>
                <w:rFonts w:eastAsia="Arial"/>
              </w:rPr>
              <w:t xml:space="preserve"> NIE</w:t>
            </w:r>
          </w:p>
        </w:tc>
      </w:tr>
      <w:tr w:rsidR="00007408" w:rsidRPr="000B4BD8" w14:paraId="195F2484"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DBBF6B" w14:textId="7688FA5B" w:rsidR="00007408" w:rsidRPr="000B4BD8" w:rsidRDefault="007716A4">
            <w:pPr>
              <w:spacing w:before="40" w:after="40" w:line="252" w:lineRule="auto"/>
              <w:jc w:val="center"/>
            </w:pPr>
            <w:r>
              <w:rPr>
                <w:rFonts w:eastAsia="Arial"/>
              </w:rPr>
              <w:t>15</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4B3155" w14:textId="77777777" w:rsidR="00007408" w:rsidRPr="000B4BD8" w:rsidRDefault="004B5BD4">
            <w:pPr>
              <w:spacing w:before="40" w:after="40" w:line="252" w:lineRule="auto"/>
            </w:pPr>
            <w:r w:rsidRPr="000B4BD8">
              <w:rPr>
                <w:rFonts w:eastAsia="Arial"/>
              </w:rPr>
              <w:t>Oświadczam, że w przypadku wyboru oferty zobowiązuję się do podpisania umowy o partnerstwie na rzecz realizacji projektu w terminie i miejscu wskazanym przez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FB04BF8"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5556CE0"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089100" w14:textId="1C06ABDA" w:rsidR="00007408" w:rsidRPr="000B4BD8" w:rsidRDefault="004B5BD4">
            <w:pPr>
              <w:spacing w:before="40" w:after="40" w:line="252" w:lineRule="auto"/>
              <w:jc w:val="center"/>
            </w:pPr>
            <w:r w:rsidRPr="000B4BD8">
              <w:rPr>
                <w:rFonts w:eastAsia="Arial"/>
              </w:rPr>
              <w:t>1</w:t>
            </w:r>
            <w:r w:rsidR="007716A4">
              <w:rPr>
                <w:rFonts w:eastAsia="Arial"/>
              </w:rPr>
              <w:t>6</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DAF9DEB" w14:textId="77777777" w:rsidR="00007408" w:rsidRPr="000B4BD8" w:rsidRDefault="004B5BD4">
            <w:pPr>
              <w:spacing w:before="40" w:after="40" w:line="252" w:lineRule="auto"/>
            </w:pPr>
            <w:r w:rsidRPr="000B4BD8">
              <w:rPr>
                <w:rFonts w:eastAsia="Arial"/>
              </w:rPr>
              <w:t>Oświadczam, że bez zgody MARR S.A. nie będę zlecać osobie trzeciej wykonania całości lub części zadań Partnera.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54A1005"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E9655B9"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93EBE25" w14:textId="39D4785D" w:rsidR="00007408" w:rsidRPr="000B4BD8" w:rsidRDefault="004B5BD4">
            <w:pPr>
              <w:spacing w:before="40" w:after="40" w:line="252" w:lineRule="auto"/>
              <w:jc w:val="center"/>
            </w:pPr>
            <w:r w:rsidRPr="000B4BD8">
              <w:rPr>
                <w:rFonts w:eastAsia="Arial"/>
              </w:rPr>
              <w:t>1</w:t>
            </w:r>
            <w:r w:rsidR="007716A4">
              <w:rPr>
                <w:rFonts w:eastAsia="Arial"/>
              </w:rPr>
              <w:t>7</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115315" w14:textId="77777777" w:rsidR="00007408" w:rsidRPr="000B4BD8" w:rsidRDefault="004B5BD4">
            <w:pPr>
              <w:spacing w:before="40" w:after="40" w:line="252" w:lineRule="auto"/>
            </w:pPr>
            <w:r w:rsidRPr="000B4BD8">
              <w:rPr>
                <w:rFonts w:eastAsia="Arial"/>
              </w:rPr>
              <w:t>Przyjmuję do wiadomości, że ustalenia dokonane przed zawarciem umowy nie stanowią podstawy do roszczeń finansowych wobec MARR S.A.</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AD049B"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64EA90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8636284" w14:textId="384E5DC0" w:rsidR="00007408" w:rsidRPr="000B4BD8" w:rsidRDefault="004B5BD4">
            <w:pPr>
              <w:spacing w:before="40" w:after="40" w:line="252" w:lineRule="auto"/>
              <w:jc w:val="center"/>
            </w:pPr>
            <w:r w:rsidRPr="000B4BD8">
              <w:rPr>
                <w:rFonts w:eastAsia="Arial"/>
              </w:rPr>
              <w:t>1</w:t>
            </w:r>
            <w:r w:rsidR="007716A4">
              <w:rPr>
                <w:rFonts w:eastAsia="Arial"/>
              </w:rPr>
              <w:t>8</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7C7204B" w14:textId="77777777" w:rsidR="00007408" w:rsidRPr="000B4BD8" w:rsidRDefault="004B5BD4">
            <w:pPr>
              <w:spacing w:before="40" w:after="40" w:line="252" w:lineRule="auto"/>
            </w:pPr>
            <w:r w:rsidRPr="000B4BD8">
              <w:rPr>
                <w:rFonts w:eastAsia="Arial"/>
              </w:rPr>
              <w:t>Oświadczam gotowość do aktywnego udziału we wspólnym przygotowaniu wniosku o dofinansowanie, realizacji zadań merytorycznych i zarządzaniu projektem oraz do wniesienia do projektu zadeklarowanych zasobów.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D2EBBE1"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1094566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B20427" w14:textId="168B62E1" w:rsidR="00007408" w:rsidRPr="000B4BD8" w:rsidRDefault="004B5BD4">
            <w:pPr>
              <w:spacing w:before="40" w:after="40" w:line="252" w:lineRule="auto"/>
              <w:jc w:val="center"/>
            </w:pPr>
            <w:r w:rsidRPr="000B4BD8">
              <w:rPr>
                <w:rFonts w:eastAsia="Arial"/>
              </w:rPr>
              <w:t>1</w:t>
            </w:r>
            <w:r w:rsidR="007716A4">
              <w:rPr>
                <w:rFonts w:eastAsia="Arial"/>
              </w:rPr>
              <w:t>9</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60C01" w14:textId="77777777" w:rsidR="00007408" w:rsidRPr="000B4BD8" w:rsidRDefault="004B5BD4">
            <w:pPr>
              <w:spacing w:before="40" w:after="40" w:line="252" w:lineRule="auto"/>
            </w:pPr>
            <w:r w:rsidRPr="000B4BD8">
              <w:rPr>
                <w:rFonts w:eastAsia="Arial"/>
              </w:rPr>
              <w:t>Oświadczam, że zadania Partnera nie będą polegały na oferowaniu towarów, świadczeniu usług lub wykonywaniu robót budowlanych na rzecz pozostałych Partnerów oraz że nie będzie dochodziło do wzajemnego zlecania realizacji zadań przez personel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177947"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7607E8D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C2D348" w14:textId="41B6F7D9" w:rsidR="00007408" w:rsidRPr="000B4BD8" w:rsidRDefault="007716A4">
            <w:pPr>
              <w:spacing w:before="40" w:after="40" w:line="252" w:lineRule="auto"/>
              <w:jc w:val="center"/>
            </w:pPr>
            <w:r>
              <w:rPr>
                <w:rFonts w:eastAsia="Arial"/>
              </w:rPr>
              <w:t>20</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30374A" w14:textId="77777777" w:rsidR="00007408" w:rsidRPr="000B4BD8" w:rsidRDefault="004B5BD4">
            <w:pPr>
              <w:spacing w:before="40" w:after="40" w:line="252" w:lineRule="auto"/>
            </w:pPr>
            <w:r w:rsidRPr="000B4BD8">
              <w:rPr>
                <w:rFonts w:eastAsia="Arial"/>
              </w:rPr>
              <w:t>Oświadczam, że udział reprezentowanego podmiotu w projekcie nie będzie miał charakteru wyłącznie symbolicznego ani nie będzie polegał wyłącznie na wniesieniu zasobów; Partner będzie realizował powierzone zadania merytoryczne.</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C5EC52"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21E98C6B"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87C8541" w14:textId="48BF9AC9" w:rsidR="00007408" w:rsidRPr="000B4BD8" w:rsidRDefault="007716A4">
            <w:pPr>
              <w:spacing w:before="40" w:after="40" w:line="252" w:lineRule="auto"/>
              <w:jc w:val="center"/>
            </w:pPr>
            <w:r>
              <w:rPr>
                <w:rFonts w:eastAsia="Arial"/>
              </w:rPr>
              <w:t>21</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10DFE9" w14:textId="77777777" w:rsidR="00007408" w:rsidRPr="000B4BD8" w:rsidRDefault="004B5BD4">
            <w:pPr>
              <w:spacing w:before="40" w:after="40" w:line="252" w:lineRule="auto"/>
            </w:pPr>
            <w:r w:rsidRPr="000B4BD8">
              <w:rPr>
                <w:rFonts w:eastAsia="Arial"/>
              </w:rPr>
              <w:t>Oświadczam, że trenerzy wskazani w ofercie są dostępni na zasadach wskazanych w formularzu, a w przypadku konieczności ich zmiany zostanie zapewnione zastępstwo spełniające wymagania dla danego rodzaju wsparcia z zachowaniem zadeklarowanego potencjału kadrowego i dostępności.</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E6ACA8E" w14:textId="77777777" w:rsidR="00007408" w:rsidRPr="000B4BD8" w:rsidRDefault="004B5BD4">
            <w:pPr>
              <w:spacing w:before="40" w:after="40" w:line="252" w:lineRule="auto"/>
              <w:jc w:val="center"/>
            </w:pPr>
            <w:r w:rsidRPr="000B4BD8">
              <w:rPr>
                <w:rFonts w:eastAsia="Arial"/>
              </w:rPr>
              <w:t>☐ TAK</w:t>
            </w:r>
            <w:r w:rsidRPr="000B4BD8">
              <w:rPr>
                <w:rFonts w:eastAsia="Arial"/>
              </w:rPr>
              <w:br/>
              <w:t>☐ NIE</w:t>
            </w:r>
          </w:p>
        </w:tc>
      </w:tr>
      <w:tr w:rsidR="00007408" w:rsidRPr="000B4BD8" w14:paraId="3B5E69F7"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7BCAEC1" w14:textId="27B00C01" w:rsidR="00007408" w:rsidRPr="000B4BD8" w:rsidRDefault="007716A4">
            <w:pPr>
              <w:spacing w:before="40" w:after="40" w:line="252" w:lineRule="auto"/>
            </w:pPr>
            <w:r>
              <w:t>22</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88D956" w14:textId="77777777" w:rsidR="00007408" w:rsidRPr="000B4BD8" w:rsidRDefault="004B5BD4">
            <w:pPr>
              <w:spacing w:before="40" w:after="40" w:line="252" w:lineRule="auto"/>
            </w:pPr>
            <w:r w:rsidRPr="000B4BD8">
              <w:t>Przyjmuję do wiadomości, że Partner wiodący nie przewiduje dodatkowego wynagrodzenia za prace przygotowawcze, w szczególności przygotowanie wniosku o dofinansowanie, niezbędnych dokumentów i procedur, zgodnie z pkt 17 Regulaminu.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068D0F" w14:textId="77777777" w:rsidR="00007408" w:rsidRPr="000B4BD8" w:rsidRDefault="004B5BD4">
            <w:pPr>
              <w:spacing w:before="40" w:after="40" w:line="252" w:lineRule="auto"/>
            </w:pPr>
            <w:r w:rsidRPr="000B4BD8">
              <w:t>☐ TAK</w:t>
            </w:r>
            <w:r w:rsidRPr="000B4BD8">
              <w:br/>
              <w:t>☐ NIE</w:t>
            </w:r>
          </w:p>
        </w:tc>
      </w:tr>
      <w:tr w:rsidR="00007408" w:rsidRPr="000B4BD8" w14:paraId="183B1BB8"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01409B0" w14:textId="381F4D90" w:rsidR="00007408" w:rsidRPr="000B4BD8" w:rsidRDefault="007716A4">
            <w:pPr>
              <w:spacing w:before="40" w:after="40" w:line="252" w:lineRule="auto"/>
            </w:pPr>
            <w:r>
              <w:t>23</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C4806E" w14:textId="77777777" w:rsidR="00007408" w:rsidRPr="000B4BD8" w:rsidRDefault="004B5BD4">
            <w:pPr>
              <w:spacing w:before="40" w:after="40" w:line="252" w:lineRule="auto"/>
            </w:pPr>
            <w:r w:rsidRPr="000B4BD8">
              <w:t>Przyjmuję do wiadomości podział kosztów pośrednich określony w pkt 19 Regulaminu: 90% dla Partnera wiodącego i 10% łącznie dla Partnera lub wszystkich Partnerów.</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C7FA720" w14:textId="77777777" w:rsidR="00007408" w:rsidRPr="000B4BD8" w:rsidRDefault="004B5BD4">
            <w:pPr>
              <w:spacing w:before="40" w:after="40" w:line="252" w:lineRule="auto"/>
            </w:pPr>
            <w:r w:rsidRPr="000B4BD8">
              <w:t>☐ TAK</w:t>
            </w:r>
            <w:r w:rsidRPr="000B4BD8">
              <w:br/>
              <w:t>☐ NIE</w:t>
            </w:r>
          </w:p>
        </w:tc>
      </w:tr>
      <w:tr w:rsidR="00007408" w:rsidRPr="000B4BD8" w14:paraId="7E309D13" w14:textId="77777777" w:rsidTr="007B1DDA">
        <w:trPr>
          <w:cantSplit/>
          <w:jc w:val="center"/>
        </w:trPr>
        <w:tc>
          <w:tcPr>
            <w:tcW w:w="45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A311F3" w14:textId="230A0FBD" w:rsidR="00007408" w:rsidRPr="000B4BD8" w:rsidRDefault="007716A4">
            <w:pPr>
              <w:spacing w:before="40" w:after="40" w:line="252" w:lineRule="auto"/>
            </w:pPr>
            <w:r>
              <w:lastRenderedPageBreak/>
              <w:t>24</w:t>
            </w:r>
          </w:p>
        </w:tc>
        <w:tc>
          <w:tcPr>
            <w:tcW w:w="810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0F46248" w14:textId="3C465D48" w:rsidR="00007408" w:rsidRPr="000B4BD8" w:rsidRDefault="004B5BD4">
            <w:pPr>
              <w:spacing w:before="40" w:after="40" w:line="252" w:lineRule="auto"/>
            </w:pPr>
            <w:r w:rsidRPr="000B4BD8">
              <w:t>Przyjmuję do wiadomości, że wybór oferty nie gwarantuje udziału w realizacji projektu, a realizacja projektu zależy od uzyskania dofinansowania</w:t>
            </w:r>
            <w:r w:rsidR="00D4707F">
              <w:t xml:space="preserve"> </w:t>
            </w:r>
            <w:r w:rsidR="006A685D">
              <w:t>oraz</w:t>
            </w:r>
            <w:r w:rsidR="00D4707F">
              <w:t xml:space="preserve"> że z</w:t>
            </w:r>
            <w:r w:rsidR="00D4707F" w:rsidRPr="00D4707F">
              <w:t>łożenie oferty nie gwarantuje udziału we współpracy przy realizacji Projektu.</w:t>
            </w:r>
          </w:p>
        </w:tc>
        <w:tc>
          <w:tcPr>
            <w:tcW w:w="1304"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A6B372C" w14:textId="77777777" w:rsidR="00007408" w:rsidRPr="000B4BD8" w:rsidRDefault="004B5BD4">
            <w:pPr>
              <w:spacing w:before="40" w:after="40" w:line="252" w:lineRule="auto"/>
            </w:pPr>
            <w:r w:rsidRPr="000B4BD8">
              <w:t>☐ TAK</w:t>
            </w:r>
            <w:r w:rsidRPr="000B4BD8">
              <w:br/>
              <w:t>☐ NIE</w:t>
            </w:r>
          </w:p>
        </w:tc>
      </w:tr>
    </w:tbl>
    <w:p w14:paraId="2A06D91D" w14:textId="77777777" w:rsidR="00007408" w:rsidRPr="000B4BD8" w:rsidRDefault="004B5BD4">
      <w:pPr>
        <w:pStyle w:val="Nagwek1"/>
        <w:pageBreakBefore/>
        <w:spacing w:line="252" w:lineRule="auto"/>
      </w:pPr>
      <w:r w:rsidRPr="000B4BD8">
        <w:rPr>
          <w:rFonts w:ascii="Arial" w:eastAsia="Arial" w:hAnsi="Arial"/>
        </w:rPr>
        <w:lastRenderedPageBreak/>
        <w:t>IX. WYKAZ ZAŁĄCZNIKÓW DO OFERTY</w:t>
      </w:r>
    </w:p>
    <w:tbl>
      <w:tblPr>
        <w:tblW w:w="0" w:type="auto"/>
        <w:jc w:val="center"/>
        <w:tblLayout w:type="fixed"/>
        <w:tblLook w:val="04A0" w:firstRow="1" w:lastRow="0" w:firstColumn="1" w:lastColumn="0" w:noHBand="0" w:noVBand="1"/>
      </w:tblPr>
      <w:tblGrid>
        <w:gridCol w:w="510"/>
        <w:gridCol w:w="5159"/>
        <w:gridCol w:w="2665"/>
        <w:gridCol w:w="1531"/>
      </w:tblGrid>
      <w:tr w:rsidR="00007408" w:rsidRPr="000B4BD8" w14:paraId="73D57677" w14:textId="77777777">
        <w:trPr>
          <w:cantSplit/>
          <w:tblHeader/>
          <w:jc w:val="center"/>
        </w:trPr>
        <w:tc>
          <w:tcPr>
            <w:tcW w:w="510"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63C40713" w14:textId="77777777" w:rsidR="00007408" w:rsidRPr="000B4BD8" w:rsidRDefault="004B5BD4">
            <w:r w:rsidRPr="000B4BD8">
              <w:rPr>
                <w:b/>
              </w:rPr>
              <w:t>Nr</w:t>
            </w:r>
          </w:p>
        </w:tc>
        <w:tc>
          <w:tcPr>
            <w:tcW w:w="5159"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2504010" w14:textId="77777777" w:rsidR="00007408" w:rsidRPr="000B4BD8" w:rsidRDefault="004B5BD4">
            <w:pPr>
              <w:spacing w:before="40" w:after="40" w:line="252" w:lineRule="auto"/>
            </w:pPr>
            <w:r w:rsidRPr="000B4BD8">
              <w:rPr>
                <w:b/>
              </w:rPr>
              <w:t>Dokument lub element oferty</w:t>
            </w:r>
          </w:p>
        </w:tc>
        <w:tc>
          <w:tcPr>
            <w:tcW w:w="2665"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0BB68FB1" w14:textId="77777777" w:rsidR="00007408" w:rsidRPr="000B4BD8" w:rsidRDefault="004B5BD4">
            <w:pPr>
              <w:spacing w:before="40" w:after="40" w:line="252" w:lineRule="auto"/>
            </w:pPr>
            <w:r w:rsidRPr="000B4BD8">
              <w:rPr>
                <w:b/>
              </w:rPr>
              <w:t>Miejsce w ofercie / nr załącznika</w:t>
            </w:r>
          </w:p>
        </w:tc>
        <w:tc>
          <w:tcPr>
            <w:tcW w:w="1531" w:type="dxa"/>
            <w:tcBorders>
              <w:top w:val="single" w:sz="4" w:space="0" w:color="D9D9D9"/>
              <w:left w:val="single" w:sz="4" w:space="0" w:color="D9D9D9"/>
              <w:bottom w:val="single" w:sz="4" w:space="0" w:color="D9D9D9"/>
              <w:right w:val="single" w:sz="4" w:space="0" w:color="D9D9D9"/>
            </w:tcBorders>
            <w:shd w:val="clear" w:color="auto" w:fill="E9EDF0"/>
            <w:tcMar>
              <w:top w:w="80" w:type="dxa"/>
              <w:left w:w="80" w:type="dxa"/>
              <w:bottom w:w="80" w:type="dxa"/>
              <w:right w:w="80" w:type="dxa"/>
            </w:tcMar>
            <w:vAlign w:val="center"/>
          </w:tcPr>
          <w:p w14:paraId="75B31FBC" w14:textId="77777777" w:rsidR="00007408" w:rsidRPr="000B4BD8" w:rsidRDefault="004B5BD4">
            <w:pPr>
              <w:spacing w:before="40" w:after="40" w:line="252" w:lineRule="auto"/>
            </w:pPr>
            <w:r w:rsidRPr="000B4BD8">
              <w:rPr>
                <w:b/>
              </w:rPr>
              <w:t>Potwierdzenie</w:t>
            </w:r>
          </w:p>
        </w:tc>
      </w:tr>
      <w:tr w:rsidR="00007408" w:rsidRPr="000B4BD8" w14:paraId="7148CD14"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2EA725" w14:textId="77777777" w:rsidR="00007408" w:rsidRPr="000B4BD8" w:rsidRDefault="004B5BD4">
            <w:pPr>
              <w:spacing w:before="40" w:after="40" w:line="252" w:lineRule="auto"/>
            </w:pPr>
            <w:r w:rsidRPr="000B4BD8">
              <w:t>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BCF1048" w14:textId="7BCE4331" w:rsidR="00007408" w:rsidRPr="000B4BD8" w:rsidRDefault="004B5BD4">
            <w:pPr>
              <w:spacing w:before="40" w:after="40" w:line="252" w:lineRule="auto"/>
            </w:pPr>
            <w:r w:rsidRPr="000B4BD8">
              <w:t>Wypełniony i podpisany formularz oferty – pkt 4</w:t>
            </w:r>
            <w:r w:rsidR="003304DA">
              <w:t>4</w:t>
            </w:r>
            <w:r w:rsidRPr="000B4BD8">
              <w:t xml:space="preserve"> lit. a</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B06BD3" w14:textId="77777777" w:rsidR="00007408" w:rsidRPr="000B4BD8" w:rsidRDefault="004B5BD4">
            <w:pPr>
              <w:spacing w:before="40" w:after="40" w:line="252" w:lineRule="auto"/>
            </w:pPr>
            <w:r w:rsidRPr="000B4BD8">
              <w:t>Niniejszy formularz</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257D68" w14:textId="77777777" w:rsidR="00007408" w:rsidRPr="000B4BD8" w:rsidRDefault="004B5BD4">
            <w:pPr>
              <w:spacing w:before="40" w:after="40" w:line="252" w:lineRule="auto"/>
            </w:pPr>
            <w:r w:rsidRPr="000B4BD8">
              <w:t>☐ TAK ☐ NIE</w:t>
            </w:r>
          </w:p>
        </w:tc>
      </w:tr>
      <w:tr w:rsidR="00007408" w:rsidRPr="000B4BD8" w14:paraId="4A74C46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0F0715A" w14:textId="77777777" w:rsidR="00007408" w:rsidRPr="000B4BD8" w:rsidRDefault="004B5BD4">
            <w:pPr>
              <w:spacing w:before="40" w:after="40" w:line="252" w:lineRule="auto"/>
            </w:pPr>
            <w:r w:rsidRPr="000B4BD8">
              <w:t>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39518C" w14:textId="42E0535E" w:rsidR="00007408" w:rsidRPr="000B4BD8" w:rsidRDefault="004B5BD4">
            <w:pPr>
              <w:spacing w:before="40" w:after="40" w:line="252" w:lineRule="auto"/>
            </w:pPr>
            <w:r w:rsidRPr="000B4BD8">
              <w:t xml:space="preserve">Oświadczenie antydyskryminacyjne według załącznika nr 1.2 – pkt </w:t>
            </w:r>
            <w:r w:rsidR="003304DA">
              <w:t>44</w:t>
            </w:r>
            <w:r w:rsidRPr="000B4BD8">
              <w:t xml:space="preserve"> lit. b</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8FA6F7A"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392D5" w14:textId="77777777" w:rsidR="00007408" w:rsidRPr="000B4BD8" w:rsidRDefault="004B5BD4">
            <w:pPr>
              <w:spacing w:before="40" w:after="40" w:line="252" w:lineRule="auto"/>
            </w:pPr>
            <w:r w:rsidRPr="000B4BD8">
              <w:t>☐ TAK ☐ NIE</w:t>
            </w:r>
          </w:p>
        </w:tc>
      </w:tr>
      <w:tr w:rsidR="00007408" w:rsidRPr="000B4BD8" w14:paraId="587DB336"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A07BA3" w14:textId="77777777" w:rsidR="00007408" w:rsidRPr="000B4BD8" w:rsidRDefault="004B5BD4">
            <w:pPr>
              <w:spacing w:before="40" w:after="40" w:line="252" w:lineRule="auto"/>
            </w:pPr>
            <w:r w:rsidRPr="000B4BD8">
              <w:t>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3B40797" w14:textId="6E2679C5" w:rsidR="00007408" w:rsidRPr="000B4BD8" w:rsidRDefault="004B5BD4">
            <w:pPr>
              <w:spacing w:before="40" w:after="40" w:line="252" w:lineRule="auto"/>
            </w:pPr>
            <w:r w:rsidRPr="000B4BD8">
              <w:t xml:space="preserve">Aktualny dokument potwierdzający formę prawną i status podmiotu uprawnionego – pkt </w:t>
            </w:r>
            <w:r w:rsidR="003304DA">
              <w:t>44</w:t>
            </w:r>
            <w:r w:rsidRPr="000B4BD8">
              <w:t xml:space="preserve"> lit. c</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C93EA93"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9ABE26" w14:textId="77777777" w:rsidR="00007408" w:rsidRPr="000B4BD8" w:rsidRDefault="004B5BD4">
            <w:pPr>
              <w:spacing w:before="40" w:after="40" w:line="252" w:lineRule="auto"/>
            </w:pPr>
            <w:r w:rsidRPr="000B4BD8">
              <w:t>☐ TAK ☐ NIE</w:t>
            </w:r>
          </w:p>
        </w:tc>
      </w:tr>
      <w:tr w:rsidR="00007408" w:rsidRPr="000B4BD8" w14:paraId="1D4CE43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950FEBF" w14:textId="77777777" w:rsidR="00007408" w:rsidRPr="000B4BD8" w:rsidRDefault="004B5BD4">
            <w:pPr>
              <w:spacing w:before="40" w:after="40" w:line="252" w:lineRule="auto"/>
            </w:pPr>
            <w:r w:rsidRPr="000B4BD8">
              <w:t>4</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349E74F" w14:textId="24879DD4" w:rsidR="00007408" w:rsidRPr="000B4BD8" w:rsidRDefault="004B5BD4">
            <w:pPr>
              <w:spacing w:before="40" w:after="40" w:line="252" w:lineRule="auto"/>
            </w:pPr>
            <w:r w:rsidRPr="000B4BD8">
              <w:t xml:space="preserve">Dokument umocowania reprezentantów; pełnomocnictwo, jeżeli dotyczy – pkt </w:t>
            </w:r>
            <w:r w:rsidR="003304DA">
              <w:t>44</w:t>
            </w:r>
            <w:r w:rsidRPr="000B4BD8">
              <w:t xml:space="preserve"> lit. d</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3BC08E"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056CEEC" w14:textId="77777777" w:rsidR="00007408" w:rsidRPr="000B4BD8" w:rsidRDefault="004B5BD4">
            <w:pPr>
              <w:spacing w:before="40" w:after="40" w:line="252" w:lineRule="auto"/>
            </w:pPr>
            <w:r w:rsidRPr="000B4BD8">
              <w:t>☐ TAK ☐ NIE</w:t>
            </w:r>
          </w:p>
        </w:tc>
      </w:tr>
      <w:tr w:rsidR="00007408" w:rsidRPr="000B4BD8" w14:paraId="7D4F5CAB"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9DBD977" w14:textId="77777777" w:rsidR="00007408" w:rsidRPr="000B4BD8" w:rsidRDefault="004B5BD4">
            <w:pPr>
              <w:spacing w:before="40" w:after="40" w:line="252" w:lineRule="auto"/>
            </w:pPr>
            <w:r w:rsidRPr="000B4BD8">
              <w:t>5</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327707" w14:textId="0A081032" w:rsidR="00007408" w:rsidRPr="000B4BD8" w:rsidRDefault="004B5BD4">
            <w:pPr>
              <w:spacing w:before="40" w:after="40" w:line="252" w:lineRule="auto"/>
            </w:pPr>
            <w:r w:rsidRPr="000B4BD8">
              <w:t xml:space="preserve">Dokumenty potwierdzające doświadczenie szkoleniowe w obszarach objętych ofertą – pkt </w:t>
            </w:r>
            <w:r w:rsidR="003304DA">
              <w:t>44</w:t>
            </w:r>
            <w:r w:rsidRPr="000B4BD8">
              <w:t xml:space="preserve"> lit. e</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50D4EB7"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A919008" w14:textId="77777777" w:rsidR="00007408" w:rsidRPr="000B4BD8" w:rsidRDefault="004B5BD4">
            <w:pPr>
              <w:spacing w:before="40" w:after="40" w:line="252" w:lineRule="auto"/>
            </w:pPr>
            <w:r w:rsidRPr="000B4BD8">
              <w:t>☐ TAK ☐ NIE</w:t>
            </w:r>
          </w:p>
        </w:tc>
      </w:tr>
      <w:tr w:rsidR="00007408" w:rsidRPr="000B4BD8" w14:paraId="6BA9231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A2FD30" w14:textId="77777777" w:rsidR="00007408" w:rsidRPr="000B4BD8" w:rsidRDefault="004B5BD4">
            <w:pPr>
              <w:spacing w:before="40" w:after="40" w:line="252" w:lineRule="auto"/>
            </w:pPr>
            <w:r w:rsidRPr="000B4BD8">
              <w:t>6</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FD7F806" w14:textId="43F7BBBD" w:rsidR="00007408" w:rsidRPr="000B4BD8" w:rsidRDefault="004B5BD4">
            <w:pPr>
              <w:spacing w:before="40" w:after="40" w:line="252" w:lineRule="auto"/>
            </w:pPr>
            <w:r w:rsidRPr="000B4BD8">
              <w:t xml:space="preserve">Oświadczenie i opis zgodności działalności z zakresem projektu i celami partnerstwa – pkt </w:t>
            </w:r>
            <w:r w:rsidR="003304DA">
              <w:t>44</w:t>
            </w:r>
            <w:r w:rsidRPr="000B4BD8">
              <w:t xml:space="preserve"> lit. f</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52D300"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3757228" w14:textId="77777777" w:rsidR="00007408" w:rsidRPr="000B4BD8" w:rsidRDefault="004B5BD4">
            <w:pPr>
              <w:spacing w:before="40" w:after="40" w:line="252" w:lineRule="auto"/>
            </w:pPr>
            <w:r w:rsidRPr="000B4BD8">
              <w:t>☐ TAK ☐ NIE</w:t>
            </w:r>
          </w:p>
        </w:tc>
      </w:tr>
      <w:tr w:rsidR="00007408" w:rsidRPr="000B4BD8" w14:paraId="26177F3F"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2B55E1D" w14:textId="77777777" w:rsidR="00007408" w:rsidRPr="000B4BD8" w:rsidRDefault="004B5BD4">
            <w:pPr>
              <w:spacing w:before="40" w:after="40" w:line="252" w:lineRule="auto"/>
            </w:pPr>
            <w:r w:rsidRPr="000B4BD8">
              <w:t>7</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2E85023" w14:textId="2DD12A34" w:rsidR="00007408" w:rsidRPr="000B4BD8" w:rsidRDefault="004B5BD4">
            <w:pPr>
              <w:spacing w:before="40" w:after="40" w:line="252" w:lineRule="auto"/>
            </w:pPr>
            <w:r w:rsidRPr="000B4BD8">
              <w:t xml:space="preserve">Oświadczenie o wniesieniu zasobów wraz z opisem – pkt </w:t>
            </w:r>
            <w:r w:rsidR="003304DA">
              <w:t>44</w:t>
            </w:r>
            <w:r w:rsidRPr="000B4BD8">
              <w:t xml:space="preserve"> lit. g</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556FAC5" w14:textId="77777777" w:rsidR="00007408" w:rsidRPr="000B4BD8" w:rsidRDefault="004B5BD4">
            <w:pPr>
              <w:spacing w:before="40" w:after="40" w:line="252" w:lineRule="auto"/>
            </w:pPr>
            <w:r w:rsidRPr="000B4BD8">
              <w:t>Część VI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DF5047" w14:textId="77777777" w:rsidR="00007408" w:rsidRPr="000B4BD8" w:rsidRDefault="004B5BD4">
            <w:pPr>
              <w:spacing w:before="40" w:after="40" w:line="252" w:lineRule="auto"/>
            </w:pPr>
            <w:r w:rsidRPr="000B4BD8">
              <w:t>☐ TAK ☐ NIE</w:t>
            </w:r>
          </w:p>
        </w:tc>
      </w:tr>
      <w:tr w:rsidR="00007408" w:rsidRPr="000B4BD8" w14:paraId="74DD47D5"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E796A5A" w14:textId="77777777" w:rsidR="00007408" w:rsidRPr="000B4BD8" w:rsidRDefault="004B5BD4">
            <w:pPr>
              <w:spacing w:before="40" w:after="40" w:line="252" w:lineRule="auto"/>
            </w:pPr>
            <w:r w:rsidRPr="000B4BD8">
              <w:t>8</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2F1F010" w14:textId="7446A4FF" w:rsidR="00007408" w:rsidRPr="000B4BD8" w:rsidRDefault="004B5BD4">
            <w:pPr>
              <w:spacing w:before="40" w:after="40" w:line="252" w:lineRule="auto"/>
            </w:pPr>
            <w:r w:rsidRPr="000B4BD8">
              <w:t xml:space="preserve">Dokumenty potwierdzające wymagania i dostępność trenerów – pkt </w:t>
            </w:r>
            <w:r w:rsidR="003304DA">
              <w:t>44</w:t>
            </w:r>
            <w:r w:rsidRPr="000B4BD8">
              <w:t xml:space="preserve"> lit. h oraz pkt </w:t>
            </w:r>
            <w:r w:rsidR="003304DA">
              <w:t>40</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69368E8" w14:textId="77777777" w:rsidR="00007408" w:rsidRPr="000B4BD8" w:rsidRDefault="004B5BD4">
            <w:pPr>
              <w:spacing w:before="40" w:after="40" w:line="252" w:lineRule="auto"/>
            </w:pPr>
            <w:r w:rsidRPr="000B4BD8">
              <w:t>Część 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2C76FA" w14:textId="77777777" w:rsidR="00007408" w:rsidRPr="000B4BD8" w:rsidRDefault="004B5BD4">
            <w:pPr>
              <w:spacing w:before="40" w:after="40" w:line="252" w:lineRule="auto"/>
            </w:pPr>
            <w:r w:rsidRPr="000B4BD8">
              <w:t>☐ TAK ☐ NIE</w:t>
            </w:r>
          </w:p>
        </w:tc>
      </w:tr>
      <w:tr w:rsidR="00007408" w:rsidRPr="000B4BD8" w14:paraId="2C673B99"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19AFB0" w14:textId="77777777" w:rsidR="00007408" w:rsidRPr="000B4BD8" w:rsidRDefault="004B5BD4">
            <w:pPr>
              <w:spacing w:before="40" w:after="40" w:line="252" w:lineRule="auto"/>
            </w:pPr>
            <w:r w:rsidRPr="000B4BD8">
              <w:t>9</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C75CFC6" w14:textId="415B4E9E" w:rsidR="00007408" w:rsidRPr="000B4BD8" w:rsidRDefault="004B5BD4">
            <w:pPr>
              <w:spacing w:before="40" w:after="40" w:line="252" w:lineRule="auto"/>
            </w:pPr>
            <w:r w:rsidRPr="000B4BD8">
              <w:t xml:space="preserve">Proponowany zakres działań, kosztorys i rezultaty – pkt </w:t>
            </w:r>
            <w:r w:rsidR="003304DA">
              <w:t>44</w:t>
            </w:r>
            <w:r w:rsidRPr="000B4BD8">
              <w:t xml:space="preserve"> lit. i</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B0BACC" w14:textId="77777777" w:rsidR="00007408" w:rsidRPr="000B4BD8" w:rsidRDefault="004B5BD4">
            <w:pPr>
              <w:spacing w:before="40" w:after="40" w:line="252" w:lineRule="auto"/>
            </w:pPr>
            <w:r w:rsidRPr="000B4BD8">
              <w:t>Część VII / załącznik:</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CFACBBF" w14:textId="77777777" w:rsidR="00007408" w:rsidRPr="000B4BD8" w:rsidRDefault="004B5BD4">
            <w:pPr>
              <w:spacing w:before="40" w:after="40" w:line="252" w:lineRule="auto"/>
            </w:pPr>
            <w:r w:rsidRPr="000B4BD8">
              <w:t>☐ TAK ☐ NIE</w:t>
            </w:r>
          </w:p>
        </w:tc>
      </w:tr>
      <w:tr w:rsidR="00007408" w:rsidRPr="000B4BD8" w14:paraId="719B5D7D"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F6634ED" w14:textId="77777777" w:rsidR="00007408" w:rsidRPr="000B4BD8" w:rsidRDefault="004B5BD4">
            <w:pPr>
              <w:spacing w:before="40" w:after="40" w:line="252" w:lineRule="auto"/>
            </w:pPr>
            <w:r w:rsidRPr="000B4BD8">
              <w:t>10</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F09217E" w14:textId="16DA5575" w:rsidR="00007408" w:rsidRPr="000B4BD8" w:rsidRDefault="004B5BD4">
            <w:pPr>
              <w:spacing w:before="40" w:after="40" w:line="252" w:lineRule="auto"/>
            </w:pPr>
            <w:r w:rsidRPr="000B4BD8">
              <w:t xml:space="preserve">Oświadczenia dotyczące </w:t>
            </w:r>
            <w:proofErr w:type="spellStart"/>
            <w:r w:rsidRPr="000B4BD8">
              <w:t>wykluczeń</w:t>
            </w:r>
            <w:proofErr w:type="spellEnd"/>
            <w:r w:rsidRPr="000B4BD8">
              <w:t xml:space="preserve">, sankcji, wcześniejszego rozwiązania umów i akceptacji dokumentacji </w:t>
            </w:r>
            <w:r w:rsidR="003304DA">
              <w:t xml:space="preserve">itd. </w:t>
            </w:r>
            <w:r w:rsidRPr="000B4BD8">
              <w:t xml:space="preserve">– pkt </w:t>
            </w:r>
            <w:r w:rsidR="003304DA">
              <w:t>44</w:t>
            </w:r>
            <w:r w:rsidRPr="000B4BD8">
              <w:t xml:space="preserve"> lit. j–</w:t>
            </w:r>
            <w:r w:rsidR="007716A4">
              <w:t>s</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56BDDB" w14:textId="77777777" w:rsidR="00007408" w:rsidRPr="000B4BD8" w:rsidRDefault="004B5BD4">
            <w:pPr>
              <w:spacing w:before="40" w:after="40" w:line="252" w:lineRule="auto"/>
            </w:pPr>
            <w:r w:rsidRPr="000B4BD8">
              <w:t>Część VIII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BE67A8" w14:textId="77777777" w:rsidR="00007408" w:rsidRPr="000B4BD8" w:rsidRDefault="004B5BD4">
            <w:pPr>
              <w:spacing w:before="40" w:after="40" w:line="252" w:lineRule="auto"/>
            </w:pPr>
            <w:r w:rsidRPr="000B4BD8">
              <w:t>☐ TAK ☐ NIE</w:t>
            </w:r>
          </w:p>
        </w:tc>
      </w:tr>
      <w:tr w:rsidR="00007408" w:rsidRPr="000B4BD8" w14:paraId="3EB0F812"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05E6CDC" w14:textId="77777777" w:rsidR="00007408" w:rsidRPr="000B4BD8" w:rsidRDefault="004B5BD4">
            <w:pPr>
              <w:spacing w:before="40" w:after="40" w:line="252" w:lineRule="auto"/>
            </w:pPr>
            <w:r w:rsidRPr="000B4BD8">
              <w:t>11</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8315DA" w14:textId="36B3F292" w:rsidR="00007408" w:rsidRPr="000B4BD8" w:rsidRDefault="004B5BD4">
            <w:pPr>
              <w:spacing w:before="40" w:after="40" w:line="252" w:lineRule="auto"/>
            </w:pPr>
            <w:r w:rsidRPr="000B4BD8">
              <w:t xml:space="preserve">Dokumenty potwierdzające doświadczenie oceniane w kryterium z pkt </w:t>
            </w:r>
            <w:r w:rsidR="00777107">
              <w:t>42</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CEA359E" w14:textId="77777777" w:rsidR="00007408" w:rsidRPr="000B4BD8" w:rsidRDefault="004B5BD4">
            <w:pPr>
              <w:spacing w:before="40" w:after="40" w:line="252" w:lineRule="auto"/>
            </w:pPr>
            <w:r w:rsidRPr="000B4BD8">
              <w:t>Część IV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017DE1E" w14:textId="77777777" w:rsidR="00007408" w:rsidRPr="000B4BD8" w:rsidRDefault="004B5BD4">
            <w:pPr>
              <w:spacing w:before="40" w:after="40" w:line="252" w:lineRule="auto"/>
            </w:pPr>
            <w:r w:rsidRPr="000B4BD8">
              <w:t>☐ TAK ☐ NIE</w:t>
            </w:r>
            <w:r w:rsidRPr="000B4BD8">
              <w:br/>
              <w:t>☐ N/D</w:t>
            </w:r>
          </w:p>
        </w:tc>
      </w:tr>
      <w:tr w:rsidR="00007408" w:rsidRPr="000B4BD8" w14:paraId="5833534E"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62995D8" w14:textId="77777777" w:rsidR="00007408" w:rsidRPr="000B4BD8" w:rsidRDefault="004B5BD4">
            <w:pPr>
              <w:spacing w:before="40" w:after="40" w:line="252" w:lineRule="auto"/>
            </w:pPr>
            <w:r w:rsidRPr="000B4BD8">
              <w:t>12</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4664800" w14:textId="77777777" w:rsidR="00007408" w:rsidRPr="000B4BD8" w:rsidRDefault="004B5BD4">
            <w:pPr>
              <w:spacing w:before="40" w:after="40" w:line="252" w:lineRule="auto"/>
            </w:pPr>
            <w:r w:rsidRPr="000B4BD8">
              <w:t>Pozostałe dokumenty potwierdzające warunki udziału, w tym uprawnienia i dostęp do infrastruktury</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2E4FB40" w14:textId="77777777" w:rsidR="00007408" w:rsidRPr="000B4BD8" w:rsidRDefault="004B5BD4">
            <w:pPr>
              <w:spacing w:before="40" w:after="40" w:line="252" w:lineRule="auto"/>
            </w:pPr>
            <w:r w:rsidRPr="000B4BD8">
              <w:t>Część III / VI i załączniki:</w:t>
            </w: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5877229" w14:textId="77777777" w:rsidR="00007408" w:rsidRPr="000B4BD8" w:rsidRDefault="004B5BD4">
            <w:pPr>
              <w:spacing w:before="40" w:after="40" w:line="252" w:lineRule="auto"/>
            </w:pPr>
            <w:r w:rsidRPr="000B4BD8">
              <w:t>☐ TAK ☐ NIE</w:t>
            </w:r>
            <w:r w:rsidRPr="000B4BD8">
              <w:br/>
              <w:t>☐ N/D</w:t>
            </w:r>
          </w:p>
        </w:tc>
      </w:tr>
      <w:tr w:rsidR="00007408" w:rsidRPr="000B4BD8" w14:paraId="42498217" w14:textId="77777777">
        <w:trPr>
          <w:cantSplit/>
          <w:jc w:val="center"/>
        </w:trPr>
        <w:tc>
          <w:tcPr>
            <w:tcW w:w="5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0FC1F5" w14:textId="77777777" w:rsidR="00007408" w:rsidRPr="000B4BD8" w:rsidRDefault="004B5BD4">
            <w:pPr>
              <w:spacing w:before="40" w:after="40" w:line="252" w:lineRule="auto"/>
            </w:pPr>
            <w:r w:rsidRPr="000B4BD8">
              <w:t>13</w:t>
            </w:r>
          </w:p>
        </w:tc>
        <w:tc>
          <w:tcPr>
            <w:tcW w:w="515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B90C00D" w14:textId="77777777" w:rsidR="00007408" w:rsidRPr="000B4BD8" w:rsidRDefault="004B5BD4">
            <w:pPr>
              <w:spacing w:before="40" w:after="40" w:line="252" w:lineRule="auto"/>
            </w:pPr>
            <w:r w:rsidRPr="000B4BD8">
              <w:t>Inne załączniki – podać nazwę i cel</w:t>
            </w:r>
          </w:p>
        </w:tc>
        <w:tc>
          <w:tcPr>
            <w:tcW w:w="266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B2489B6" w14:textId="77777777" w:rsidR="00007408" w:rsidRPr="000B4BD8" w:rsidRDefault="00007408">
            <w:pPr>
              <w:spacing w:before="40" w:after="40" w:line="252" w:lineRule="auto"/>
            </w:pPr>
          </w:p>
        </w:tc>
        <w:tc>
          <w:tcPr>
            <w:tcW w:w="153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3C406E5" w14:textId="77777777" w:rsidR="00007408" w:rsidRPr="000B4BD8" w:rsidRDefault="004B5BD4">
            <w:pPr>
              <w:spacing w:before="40" w:after="40" w:line="252" w:lineRule="auto"/>
            </w:pPr>
            <w:r w:rsidRPr="000B4BD8">
              <w:t>☐ TAK ☐ NIE</w:t>
            </w:r>
            <w:r w:rsidRPr="000B4BD8">
              <w:br/>
              <w:t>☐ N/D</w:t>
            </w:r>
          </w:p>
        </w:tc>
      </w:tr>
    </w:tbl>
    <w:p w14:paraId="191092C9" w14:textId="6B63F573" w:rsidR="00007408" w:rsidRPr="000B4BD8" w:rsidRDefault="004B5BD4">
      <w:pPr>
        <w:spacing w:line="252" w:lineRule="auto"/>
      </w:pPr>
      <w:r w:rsidRPr="000B4BD8">
        <w:t xml:space="preserve">Elementy zawarte w formularzu nie wymagają ponownego dołączania jako odrębne dokumenty. Oświadczenie antydyskryminacyjne należy dołączyć według wzoru załącznika nr 1.2. </w:t>
      </w:r>
      <w:r w:rsidR="002015BA">
        <w:t xml:space="preserve">Kosztorys należy dołączyć według wzoru załącznika nr 4. </w:t>
      </w:r>
      <w:r w:rsidRPr="000B4BD8">
        <w:t xml:space="preserve">Dokumenty należy przygotować zgodnie </w:t>
      </w:r>
      <w:proofErr w:type="spellStart"/>
      <w:r w:rsidRPr="000B4BD8">
        <w:t>Regulamin</w:t>
      </w:r>
      <w:r w:rsidR="00777107">
        <w:t>e</w:t>
      </w:r>
      <w:proofErr w:type="spellEnd"/>
      <w:r w:rsidR="00777107">
        <w:t>,</w:t>
      </w:r>
      <w:r w:rsidRPr="000B4BD8">
        <w:t>, w języku polskim lub z uwierzytelnionym tłumaczeniem; kopie poświadczyć za zgodność z oryginałem. Oznaczenie N/D wymaga uzasadnienia.</w:t>
      </w:r>
    </w:p>
    <w:p w14:paraId="2BDBE81C" w14:textId="77777777" w:rsidR="00007408" w:rsidRPr="000B4BD8" w:rsidRDefault="004B5BD4">
      <w:pPr>
        <w:pStyle w:val="Nagwek1"/>
        <w:pageBreakBefore/>
        <w:spacing w:line="252" w:lineRule="auto"/>
      </w:pPr>
      <w:r w:rsidRPr="000B4BD8">
        <w:rPr>
          <w:rFonts w:ascii="Arial" w:eastAsia="Arial" w:hAnsi="Arial"/>
        </w:rPr>
        <w:lastRenderedPageBreak/>
        <w:t>X. PODPIS OFERENTA</w:t>
      </w:r>
    </w:p>
    <w:tbl>
      <w:tblPr>
        <w:tblStyle w:val="Tabela-Siatka"/>
        <w:tblW w:w="0" w:type="auto"/>
        <w:jc w:val="center"/>
        <w:tblLayout w:type="fixed"/>
        <w:tblLook w:val="04A0" w:firstRow="1" w:lastRow="0" w:firstColumn="1" w:lastColumn="0" w:noHBand="0" w:noVBand="1"/>
      </w:tblPr>
      <w:tblGrid>
        <w:gridCol w:w="4535"/>
        <w:gridCol w:w="5329"/>
      </w:tblGrid>
      <w:tr w:rsidR="00007408" w:rsidRPr="000B4BD8" w14:paraId="259D5183"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E6451C4" w14:textId="77777777" w:rsidR="00007408" w:rsidRPr="000B4BD8" w:rsidRDefault="004B5BD4">
            <w:pPr>
              <w:spacing w:before="40" w:after="40" w:line="252" w:lineRule="auto"/>
            </w:pPr>
            <w:r w:rsidRPr="000B4BD8">
              <w:rPr>
                <w:rFonts w:eastAsia="Arial"/>
              </w:rPr>
              <w:t>Miejscowość i data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9A18CA4" w14:textId="77777777" w:rsidR="00007408" w:rsidRPr="000B4BD8" w:rsidRDefault="004B5BD4">
            <w:r w:rsidRPr="000B4BD8">
              <w:br/>
            </w:r>
          </w:p>
        </w:tc>
      </w:tr>
      <w:tr w:rsidR="00007408" w:rsidRPr="000B4BD8" w14:paraId="5EFE1896"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F4CD194" w14:textId="77777777" w:rsidR="00007408" w:rsidRPr="000B4BD8" w:rsidRDefault="004B5BD4">
            <w:pPr>
              <w:spacing w:before="40" w:after="40" w:line="252" w:lineRule="auto"/>
            </w:pPr>
            <w:r w:rsidRPr="000B4BD8">
              <w:rPr>
                <w:rFonts w:eastAsia="Arial"/>
              </w:rPr>
              <w:t>Imię i nazwisko osoby/osób uprawnionej/</w:t>
            </w:r>
            <w:proofErr w:type="spellStart"/>
            <w:r w:rsidRPr="000B4BD8">
              <w:rPr>
                <w:rFonts w:eastAsia="Arial"/>
              </w:rPr>
              <w:t>ych</w:t>
            </w:r>
            <w:proofErr w:type="spellEnd"/>
            <w:r w:rsidRPr="000B4BD8">
              <w:rPr>
                <w:rFonts w:eastAsia="Arial"/>
              </w:rPr>
              <w:t xml:space="preserve"> do reprezentacji</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110DD13" w14:textId="77777777" w:rsidR="00007408" w:rsidRPr="000B4BD8" w:rsidRDefault="004B5BD4">
            <w:r w:rsidRPr="000B4BD8">
              <w:br/>
            </w:r>
          </w:p>
        </w:tc>
      </w:tr>
      <w:tr w:rsidR="00007408" w:rsidRPr="000B4BD8" w14:paraId="792E345F"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0227E7" w14:textId="77777777" w:rsidR="00007408" w:rsidRPr="000B4BD8" w:rsidRDefault="004B5BD4">
            <w:pPr>
              <w:spacing w:before="40" w:after="40" w:line="252" w:lineRule="auto"/>
            </w:pPr>
            <w:r w:rsidRPr="000B4BD8">
              <w:rPr>
                <w:rFonts w:eastAsia="Arial"/>
              </w:rPr>
              <w:t>Funkcja</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EC1BAF5" w14:textId="77777777" w:rsidR="00007408" w:rsidRPr="000B4BD8" w:rsidRDefault="004B5BD4">
            <w:r w:rsidRPr="000B4BD8">
              <w:br/>
            </w:r>
          </w:p>
        </w:tc>
      </w:tr>
      <w:tr w:rsidR="00007408" w:rsidRPr="000B4BD8" w14:paraId="1B15F958" w14:textId="77777777">
        <w:trPr>
          <w:cantSplit/>
          <w:jc w:val="center"/>
        </w:trPr>
        <w:tc>
          <w:tcPr>
            <w:tcW w:w="4535"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C9C2BE0" w14:textId="77777777" w:rsidR="00007408" w:rsidRPr="000B4BD8" w:rsidRDefault="004B5BD4">
            <w:pPr>
              <w:spacing w:before="40" w:after="40" w:line="252" w:lineRule="auto"/>
            </w:pPr>
            <w:r w:rsidRPr="000B4BD8">
              <w:rPr>
                <w:rFonts w:eastAsia="Arial"/>
              </w:rPr>
              <w:t>Podpis / podpisy</w:t>
            </w:r>
          </w:p>
        </w:tc>
        <w:tc>
          <w:tcPr>
            <w:tcW w:w="5329"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4C2AE3" w14:textId="77777777" w:rsidR="00007408" w:rsidRPr="000B4BD8" w:rsidRDefault="004B5BD4">
            <w:r w:rsidRPr="000B4BD8">
              <w:br/>
            </w:r>
          </w:p>
        </w:tc>
      </w:tr>
    </w:tbl>
    <w:p w14:paraId="350B6542" w14:textId="77777777" w:rsidR="00007408" w:rsidRDefault="004B5BD4">
      <w:pPr>
        <w:spacing w:before="160" w:after="0" w:line="252" w:lineRule="auto"/>
        <w:jc w:val="center"/>
      </w:pPr>
      <w:r w:rsidRPr="000B4BD8">
        <w:t>Podpis obejmuje informacje, oświadczenia i zobowiązania zawarte w formularzu oraz jego powielonych kartach.</w:t>
      </w:r>
      <w:r w:rsidRPr="000B4BD8">
        <w:br/>
        <w:t>Łączna liczba kart doświadczenia: ........; kart trenerów: ........; pozostałych załączników: ........ .</w:t>
      </w:r>
    </w:p>
    <w:sectPr w:rsidR="00007408"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2CF445E9"/>
    <w:multiLevelType w:val="hybridMultilevel"/>
    <w:tmpl w:val="D6181718"/>
    <w:lvl w:ilvl="0" w:tplc="2A2ADE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760950752">
    <w:abstractNumId w:val="8"/>
  </w:num>
  <w:num w:numId="2" w16cid:durableId="496577781">
    <w:abstractNumId w:val="6"/>
  </w:num>
  <w:num w:numId="3" w16cid:durableId="892229394">
    <w:abstractNumId w:val="5"/>
  </w:num>
  <w:num w:numId="4" w16cid:durableId="250049425">
    <w:abstractNumId w:val="4"/>
  </w:num>
  <w:num w:numId="5" w16cid:durableId="595020101">
    <w:abstractNumId w:val="7"/>
  </w:num>
  <w:num w:numId="6" w16cid:durableId="1144657046">
    <w:abstractNumId w:val="3"/>
  </w:num>
  <w:num w:numId="7" w16cid:durableId="1431005415">
    <w:abstractNumId w:val="2"/>
  </w:num>
  <w:num w:numId="8" w16cid:durableId="1744327812">
    <w:abstractNumId w:val="1"/>
  </w:num>
  <w:num w:numId="9" w16cid:durableId="282734806">
    <w:abstractNumId w:val="0"/>
  </w:num>
  <w:num w:numId="10" w16cid:durableId="1791897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trackRevision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08"/>
    <w:rsid w:val="00034616"/>
    <w:rsid w:val="0006063C"/>
    <w:rsid w:val="000A6A07"/>
    <w:rsid w:val="000B3648"/>
    <w:rsid w:val="000B4BD8"/>
    <w:rsid w:val="0015074B"/>
    <w:rsid w:val="00175A1A"/>
    <w:rsid w:val="002015BA"/>
    <w:rsid w:val="00261099"/>
    <w:rsid w:val="00280914"/>
    <w:rsid w:val="0029639D"/>
    <w:rsid w:val="002F1004"/>
    <w:rsid w:val="002F35B5"/>
    <w:rsid w:val="00304849"/>
    <w:rsid w:val="00326F90"/>
    <w:rsid w:val="003304DA"/>
    <w:rsid w:val="003729F9"/>
    <w:rsid w:val="004938D0"/>
    <w:rsid w:val="004B5BD4"/>
    <w:rsid w:val="004E7BD5"/>
    <w:rsid w:val="0051084B"/>
    <w:rsid w:val="0051671D"/>
    <w:rsid w:val="005E3288"/>
    <w:rsid w:val="0062751A"/>
    <w:rsid w:val="006A685D"/>
    <w:rsid w:val="007716A4"/>
    <w:rsid w:val="00777107"/>
    <w:rsid w:val="007B1DDA"/>
    <w:rsid w:val="007B7261"/>
    <w:rsid w:val="0084612A"/>
    <w:rsid w:val="0084757B"/>
    <w:rsid w:val="00853D8A"/>
    <w:rsid w:val="008717A4"/>
    <w:rsid w:val="00877548"/>
    <w:rsid w:val="008879C7"/>
    <w:rsid w:val="008A5653"/>
    <w:rsid w:val="008B743F"/>
    <w:rsid w:val="0090192C"/>
    <w:rsid w:val="0090253D"/>
    <w:rsid w:val="00911D82"/>
    <w:rsid w:val="009431E5"/>
    <w:rsid w:val="00976AC3"/>
    <w:rsid w:val="00994E8F"/>
    <w:rsid w:val="009B27DA"/>
    <w:rsid w:val="00AA1D8D"/>
    <w:rsid w:val="00AA2F03"/>
    <w:rsid w:val="00AA7A5D"/>
    <w:rsid w:val="00B10D60"/>
    <w:rsid w:val="00B32936"/>
    <w:rsid w:val="00B47730"/>
    <w:rsid w:val="00B9515D"/>
    <w:rsid w:val="00B974C8"/>
    <w:rsid w:val="00CB0664"/>
    <w:rsid w:val="00CC54A4"/>
    <w:rsid w:val="00CD4C2A"/>
    <w:rsid w:val="00CE7721"/>
    <w:rsid w:val="00D05B32"/>
    <w:rsid w:val="00D4707F"/>
    <w:rsid w:val="00DC6884"/>
    <w:rsid w:val="00E34E32"/>
    <w:rsid w:val="00E7424C"/>
    <w:rsid w:val="00EB06A6"/>
    <w:rsid w:val="00F259F5"/>
    <w:rsid w:val="00F2794D"/>
    <w:rsid w:val="00F54AEA"/>
    <w:rsid w:val="00F94D62"/>
    <w:rsid w:val="00FA04F0"/>
    <w:rsid w:val="00FB0C15"/>
    <w:rsid w:val="00FC693F"/>
    <w:rsid w:val="00FE4368"/>
    <w:rsid w:val="00FF1E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E1A5CB"/>
  <w14:defaultImageDpi w14:val="300"/>
  <w15:docId w15:val="{BB480D7E-E230-4273-AD73-D98E2DBA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pPr>
    <w:rPr>
      <w:rFonts w:ascii="Arial" w:hAnsi="Arial"/>
      <w:color w:val="000000"/>
      <w:sz w:val="20"/>
      <w:lang w:val="pl-PL"/>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sz w:val="24"/>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3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51084B"/>
    <w:pPr>
      <w:spacing w:after="0" w:line="240" w:lineRule="auto"/>
    </w:pPr>
    <w:rPr>
      <w:rFonts w:ascii="Arial" w:hAnsi="Arial"/>
      <w:color w:val="000000"/>
      <w:sz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16</Pages>
  <Words>3376</Words>
  <Characters>20258</Characters>
  <Application>Microsoft Office Word</Application>
  <DocSecurity>0</DocSecurity>
  <Lines>168</Lines>
  <Paragraphs>47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Formularz oferty Partnera Działanie 15.1 typ A</vt:lpstr>
      <vt:lpstr/>
    </vt:vector>
  </TitlesOfParts>
  <Manager/>
  <Company/>
  <LinksUpToDate>false</LinksUpToDate>
  <CharactersWithSpaces>23587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oferty Partnera Działanie 15.1 typ A</dc:title>
  <dc:subject>Załącznik nr 2 do Regulaminu konkursu ofert na Partnerów</dc:subject>
  <dc:creator>python-docx</dc:creator>
  <cp:keywords/>
  <dc:description>generated by python-docx</dc:description>
  <cp:lastModifiedBy>Ganobis, Katarzyna</cp:lastModifiedBy>
  <cp:revision>51</cp:revision>
  <cp:lastPrinted>2026-10-07T07:13:00Z</cp:lastPrinted>
  <dcterms:created xsi:type="dcterms:W3CDTF">2026-10-01T10:23:00Z</dcterms:created>
  <dcterms:modified xsi:type="dcterms:W3CDTF">2026-10-07T07:13:00Z</dcterms:modified>
  <cp:category/>
</cp:coreProperties>
</file>